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73DB" w14:textId="77777777" w:rsidR="0094787C" w:rsidRDefault="00000000">
      <w:pPr>
        <w:jc w:val="center"/>
      </w:pPr>
      <w:r>
        <w:rPr>
          <w:rFonts w:ascii="Aptos Display" w:hAnsi="Aptos Display"/>
          <w:b/>
          <w:color w:val="17365D"/>
          <w:sz w:val="48"/>
        </w:rPr>
        <w:t>EMERGENCY COMMUNICATIONS PLAN TEMPLATE</w:t>
      </w:r>
    </w:p>
    <w:p w14:paraId="70F36475" w14:textId="77777777" w:rsidR="0094787C" w:rsidRDefault="00000000">
      <w:pPr>
        <w:jc w:val="center"/>
      </w:pPr>
      <w:r>
        <w:rPr>
          <w:b/>
          <w:color w:val="1F4E78"/>
          <w:sz w:val="30"/>
        </w:rPr>
        <w:t>Hospital and Long-Term Care Facility</w:t>
      </w:r>
    </w:p>
    <w:p w14:paraId="4461DCC8" w14:textId="77777777" w:rsidR="0094787C" w:rsidRDefault="00000000">
      <w:pPr>
        <w:jc w:val="center"/>
      </w:pPr>
      <w:r>
        <w:rPr>
          <w:b/>
          <w:color w:val="C65911"/>
          <w:sz w:val="26"/>
        </w:rPr>
        <w:t>[FACILITY NAME] | [CMS CERTIFICATION NUMBER / PROVIDER ID]</w:t>
      </w:r>
    </w:p>
    <w:p w14:paraId="795FBD4B" w14:textId="77777777" w:rsidR="0094787C" w:rsidRDefault="00000000">
      <w:pPr>
        <w:jc w:val="center"/>
      </w:pPr>
      <w:r>
        <w:rPr>
          <w:i/>
        </w:rPr>
        <w:t>Prepared for alignment with CMS Emergency Preparedness Communication Plan requirements, CMS Appendix Z E-0029 through E-0034, 42 CFR §482.15(c) for hospitals, and 42 CFR §483.73(c) for long-term care facilities.</w:t>
      </w:r>
    </w:p>
    <w:p w14:paraId="68EDE1E0" w14:textId="77777777" w:rsidR="0094787C" w:rsidRDefault="0094787C"/>
    <w:tbl>
      <w:tblPr>
        <w:tblW w:w="0" w:type="auto"/>
        <w:jc w:val="center"/>
        <w:tblLook w:val="04A0" w:firstRow="1" w:lastRow="0" w:firstColumn="1" w:lastColumn="0" w:noHBand="0" w:noVBand="1"/>
      </w:tblPr>
      <w:tblGrid>
        <w:gridCol w:w="10656"/>
      </w:tblGrid>
      <w:tr w:rsidR="0094787C" w14:paraId="43CCE894" w14:textId="77777777">
        <w:trPr>
          <w:jc w:val="center"/>
        </w:trPr>
        <w:tc>
          <w:tcPr>
            <w:tcW w:w="10656" w:type="dxa"/>
            <w:shd w:val="clear" w:color="auto" w:fill="D9EAF7"/>
          </w:tcPr>
          <w:p w14:paraId="08FF437E" w14:textId="77777777" w:rsidR="0094787C" w:rsidRDefault="00000000">
            <w:r>
              <w:rPr>
                <w:b/>
                <w:color w:val="17365D"/>
                <w:sz w:val="19"/>
              </w:rPr>
              <w:t xml:space="preserve">Template use: </w:t>
            </w:r>
            <w:r>
              <w:rPr>
                <w:sz w:val="19"/>
              </w:rPr>
              <w:t>Orange bracketed fields identify facility-specific information to complete, validate, or replace. Delete instructions before approval. Maintain a survey-ready evidence file with the current plan, contact rosters, testing records, message logs, and after-action improvements.</w:t>
            </w:r>
          </w:p>
        </w:tc>
      </w:tr>
    </w:tbl>
    <w:p w14:paraId="27034B43" w14:textId="77777777" w:rsidR="0094787C" w:rsidRDefault="0094787C"/>
    <w:tbl>
      <w:tblPr>
        <w:tblStyle w:val="TableGrid"/>
        <w:tblW w:w="0" w:type="auto"/>
        <w:jc w:val="center"/>
        <w:tblLook w:val="04A0" w:firstRow="1" w:lastRow="0" w:firstColumn="1" w:lastColumn="0" w:noHBand="0" w:noVBand="1"/>
      </w:tblPr>
      <w:tblGrid>
        <w:gridCol w:w="3312"/>
        <w:gridCol w:w="6912"/>
      </w:tblGrid>
      <w:tr w:rsidR="0094787C" w14:paraId="50E5B5DE" w14:textId="77777777">
        <w:trPr>
          <w:jc w:val="center"/>
        </w:trPr>
        <w:tc>
          <w:tcPr>
            <w:tcW w:w="3312" w:type="dxa"/>
            <w:shd w:val="clear" w:color="auto" w:fill="1F4E78"/>
            <w:vAlign w:val="center"/>
          </w:tcPr>
          <w:p w14:paraId="446B067B" w14:textId="77777777" w:rsidR="0094787C" w:rsidRDefault="00000000">
            <w:r>
              <w:rPr>
                <w:b/>
                <w:color w:val="FFFFFF"/>
                <w:sz w:val="17"/>
              </w:rPr>
              <w:t>Template field</w:t>
            </w:r>
          </w:p>
        </w:tc>
        <w:tc>
          <w:tcPr>
            <w:tcW w:w="6912" w:type="dxa"/>
            <w:shd w:val="clear" w:color="auto" w:fill="1F4E78"/>
            <w:vAlign w:val="center"/>
          </w:tcPr>
          <w:p w14:paraId="58E47EEA" w14:textId="77777777" w:rsidR="0094787C" w:rsidRDefault="00000000">
            <w:r>
              <w:rPr>
                <w:b/>
                <w:color w:val="FFFFFF"/>
                <w:sz w:val="17"/>
              </w:rPr>
              <w:t>Facility entry</w:t>
            </w:r>
          </w:p>
        </w:tc>
      </w:tr>
      <w:tr w:rsidR="0094787C" w14:paraId="28A7356D" w14:textId="77777777">
        <w:trPr>
          <w:jc w:val="center"/>
        </w:trPr>
        <w:tc>
          <w:tcPr>
            <w:tcW w:w="3312" w:type="dxa"/>
            <w:shd w:val="clear" w:color="auto" w:fill="FAFAFA"/>
            <w:vAlign w:val="center"/>
          </w:tcPr>
          <w:p w14:paraId="177EDDD8" w14:textId="77777777" w:rsidR="0094787C" w:rsidRDefault="00000000">
            <w:r>
              <w:rPr>
                <w:sz w:val="17"/>
              </w:rPr>
              <w:t>Facility legal name</w:t>
            </w:r>
          </w:p>
        </w:tc>
        <w:tc>
          <w:tcPr>
            <w:tcW w:w="6912" w:type="dxa"/>
            <w:shd w:val="clear" w:color="auto" w:fill="FAFAFA"/>
            <w:vAlign w:val="center"/>
          </w:tcPr>
          <w:p w14:paraId="791152ED" w14:textId="77777777" w:rsidR="0094787C" w:rsidRDefault="00000000">
            <w:r>
              <w:rPr>
                <w:sz w:val="17"/>
              </w:rPr>
              <w:t>[INSERT]</w:t>
            </w:r>
          </w:p>
        </w:tc>
      </w:tr>
      <w:tr w:rsidR="0094787C" w14:paraId="236351AE" w14:textId="77777777">
        <w:trPr>
          <w:jc w:val="center"/>
        </w:trPr>
        <w:tc>
          <w:tcPr>
            <w:tcW w:w="3312" w:type="dxa"/>
            <w:vAlign w:val="center"/>
          </w:tcPr>
          <w:p w14:paraId="31B95CA8" w14:textId="77777777" w:rsidR="0094787C" w:rsidRDefault="00000000">
            <w:r>
              <w:rPr>
                <w:sz w:val="17"/>
              </w:rPr>
              <w:t>Facility type</w:t>
            </w:r>
          </w:p>
        </w:tc>
        <w:tc>
          <w:tcPr>
            <w:tcW w:w="6912" w:type="dxa"/>
            <w:vAlign w:val="center"/>
          </w:tcPr>
          <w:p w14:paraId="2F246C81" w14:textId="77777777" w:rsidR="0094787C" w:rsidRDefault="00000000">
            <w:r>
              <w:rPr>
                <w:sz w:val="17"/>
              </w:rPr>
              <w:t>[Hospital / Long-Term Care / Both / System Program]</w:t>
            </w:r>
          </w:p>
        </w:tc>
      </w:tr>
      <w:tr w:rsidR="0094787C" w14:paraId="47464D64" w14:textId="77777777">
        <w:trPr>
          <w:jc w:val="center"/>
        </w:trPr>
        <w:tc>
          <w:tcPr>
            <w:tcW w:w="3312" w:type="dxa"/>
            <w:shd w:val="clear" w:color="auto" w:fill="FAFAFA"/>
            <w:vAlign w:val="center"/>
          </w:tcPr>
          <w:p w14:paraId="34413842" w14:textId="77777777" w:rsidR="0094787C" w:rsidRDefault="00000000">
            <w:r>
              <w:rPr>
                <w:sz w:val="17"/>
              </w:rPr>
              <w:t>Primary address</w:t>
            </w:r>
          </w:p>
        </w:tc>
        <w:tc>
          <w:tcPr>
            <w:tcW w:w="6912" w:type="dxa"/>
            <w:shd w:val="clear" w:color="auto" w:fill="FAFAFA"/>
            <w:vAlign w:val="center"/>
          </w:tcPr>
          <w:p w14:paraId="451810B8" w14:textId="77777777" w:rsidR="0094787C" w:rsidRDefault="00000000">
            <w:r>
              <w:rPr>
                <w:sz w:val="17"/>
              </w:rPr>
              <w:t>[INSERT]</w:t>
            </w:r>
          </w:p>
        </w:tc>
      </w:tr>
      <w:tr w:rsidR="0094787C" w14:paraId="31AC003C" w14:textId="77777777">
        <w:trPr>
          <w:jc w:val="center"/>
        </w:trPr>
        <w:tc>
          <w:tcPr>
            <w:tcW w:w="3312" w:type="dxa"/>
            <w:vAlign w:val="center"/>
          </w:tcPr>
          <w:p w14:paraId="6F13DA67" w14:textId="77777777" w:rsidR="0094787C" w:rsidRDefault="00000000">
            <w:r>
              <w:rPr>
                <w:sz w:val="17"/>
              </w:rPr>
              <w:t>CCN / Provider ID</w:t>
            </w:r>
          </w:p>
        </w:tc>
        <w:tc>
          <w:tcPr>
            <w:tcW w:w="6912" w:type="dxa"/>
            <w:vAlign w:val="center"/>
          </w:tcPr>
          <w:p w14:paraId="67AEA2E4" w14:textId="77777777" w:rsidR="0094787C" w:rsidRDefault="00000000">
            <w:r>
              <w:rPr>
                <w:sz w:val="17"/>
              </w:rPr>
              <w:t>[INSERT]</w:t>
            </w:r>
          </w:p>
        </w:tc>
      </w:tr>
      <w:tr w:rsidR="0094787C" w14:paraId="64FB87C7" w14:textId="77777777">
        <w:trPr>
          <w:jc w:val="center"/>
        </w:trPr>
        <w:tc>
          <w:tcPr>
            <w:tcW w:w="3312" w:type="dxa"/>
            <w:shd w:val="clear" w:color="auto" w:fill="FAFAFA"/>
            <w:vAlign w:val="center"/>
          </w:tcPr>
          <w:p w14:paraId="2E91DDDB" w14:textId="77777777" w:rsidR="0094787C" w:rsidRDefault="00000000">
            <w:r>
              <w:rPr>
                <w:sz w:val="17"/>
              </w:rPr>
              <w:t>Plan owner</w:t>
            </w:r>
          </w:p>
        </w:tc>
        <w:tc>
          <w:tcPr>
            <w:tcW w:w="6912" w:type="dxa"/>
            <w:shd w:val="clear" w:color="auto" w:fill="FAFAFA"/>
            <w:vAlign w:val="center"/>
          </w:tcPr>
          <w:p w14:paraId="2CF8EF27" w14:textId="77777777" w:rsidR="0094787C" w:rsidRDefault="00000000">
            <w:r>
              <w:rPr>
                <w:sz w:val="17"/>
              </w:rPr>
              <w:t>[INSERT TITLE]</w:t>
            </w:r>
          </w:p>
        </w:tc>
      </w:tr>
      <w:tr w:rsidR="0094787C" w14:paraId="01ADFC25" w14:textId="77777777">
        <w:trPr>
          <w:jc w:val="center"/>
        </w:trPr>
        <w:tc>
          <w:tcPr>
            <w:tcW w:w="3312" w:type="dxa"/>
            <w:vAlign w:val="center"/>
          </w:tcPr>
          <w:p w14:paraId="2094CA9E" w14:textId="77777777" w:rsidR="0094787C" w:rsidRDefault="00000000">
            <w:r>
              <w:rPr>
                <w:sz w:val="17"/>
              </w:rPr>
              <w:t>Executive sponsor</w:t>
            </w:r>
          </w:p>
        </w:tc>
        <w:tc>
          <w:tcPr>
            <w:tcW w:w="6912" w:type="dxa"/>
            <w:vAlign w:val="center"/>
          </w:tcPr>
          <w:p w14:paraId="072DC367" w14:textId="77777777" w:rsidR="0094787C" w:rsidRDefault="00000000">
            <w:r>
              <w:rPr>
                <w:sz w:val="17"/>
              </w:rPr>
              <w:t>[INSERT TITLE]</w:t>
            </w:r>
          </w:p>
        </w:tc>
      </w:tr>
      <w:tr w:rsidR="0094787C" w14:paraId="607E8226" w14:textId="77777777">
        <w:trPr>
          <w:jc w:val="center"/>
        </w:trPr>
        <w:tc>
          <w:tcPr>
            <w:tcW w:w="3312" w:type="dxa"/>
            <w:shd w:val="clear" w:color="auto" w:fill="FAFAFA"/>
            <w:vAlign w:val="center"/>
          </w:tcPr>
          <w:p w14:paraId="0AAED3FD" w14:textId="77777777" w:rsidR="0094787C" w:rsidRDefault="00000000">
            <w:r>
              <w:rPr>
                <w:sz w:val="17"/>
              </w:rPr>
              <w:t>Effective date</w:t>
            </w:r>
          </w:p>
        </w:tc>
        <w:tc>
          <w:tcPr>
            <w:tcW w:w="6912" w:type="dxa"/>
            <w:shd w:val="clear" w:color="auto" w:fill="FAFAFA"/>
            <w:vAlign w:val="center"/>
          </w:tcPr>
          <w:p w14:paraId="70073B65" w14:textId="77777777" w:rsidR="0094787C" w:rsidRDefault="00000000">
            <w:r>
              <w:rPr>
                <w:sz w:val="17"/>
              </w:rPr>
              <w:t>[INSERT]</w:t>
            </w:r>
          </w:p>
        </w:tc>
      </w:tr>
      <w:tr w:rsidR="0094787C" w14:paraId="5648AAA6" w14:textId="77777777">
        <w:trPr>
          <w:jc w:val="center"/>
        </w:trPr>
        <w:tc>
          <w:tcPr>
            <w:tcW w:w="3312" w:type="dxa"/>
            <w:vAlign w:val="center"/>
          </w:tcPr>
          <w:p w14:paraId="7053CF15" w14:textId="77777777" w:rsidR="0094787C" w:rsidRDefault="00000000">
            <w:r>
              <w:rPr>
                <w:sz w:val="17"/>
              </w:rPr>
              <w:t>Next required review</w:t>
            </w:r>
          </w:p>
        </w:tc>
        <w:tc>
          <w:tcPr>
            <w:tcW w:w="6912" w:type="dxa"/>
            <w:vAlign w:val="center"/>
          </w:tcPr>
          <w:p w14:paraId="5A3C4C51" w14:textId="77777777" w:rsidR="0094787C" w:rsidRDefault="00000000">
            <w:r>
              <w:rPr>
                <w:sz w:val="17"/>
              </w:rPr>
              <w:t>[Hospital: at least every two years / LTC: annually]</w:t>
            </w:r>
          </w:p>
        </w:tc>
      </w:tr>
      <w:tr w:rsidR="0094787C" w14:paraId="3D8A08F8" w14:textId="77777777">
        <w:trPr>
          <w:jc w:val="center"/>
        </w:trPr>
        <w:tc>
          <w:tcPr>
            <w:tcW w:w="3312" w:type="dxa"/>
            <w:shd w:val="clear" w:color="auto" w:fill="FAFAFA"/>
            <w:vAlign w:val="center"/>
          </w:tcPr>
          <w:p w14:paraId="3CC7795F" w14:textId="77777777" w:rsidR="0094787C" w:rsidRDefault="00000000">
            <w:r>
              <w:rPr>
                <w:sz w:val="17"/>
              </w:rPr>
              <w:t>Controlled-copy locations</w:t>
            </w:r>
          </w:p>
        </w:tc>
        <w:tc>
          <w:tcPr>
            <w:tcW w:w="6912" w:type="dxa"/>
            <w:shd w:val="clear" w:color="auto" w:fill="FAFAFA"/>
            <w:vAlign w:val="center"/>
          </w:tcPr>
          <w:p w14:paraId="4B880DE6" w14:textId="77777777" w:rsidR="0094787C" w:rsidRDefault="00000000">
            <w:r>
              <w:rPr>
                <w:sz w:val="17"/>
              </w:rPr>
              <w:t>[INSERT]</w:t>
            </w:r>
          </w:p>
        </w:tc>
      </w:tr>
    </w:tbl>
    <w:p w14:paraId="7386F8D1" w14:textId="77777777" w:rsidR="0094787C" w:rsidRDefault="0094787C"/>
    <w:p w14:paraId="1C046B41" w14:textId="77777777" w:rsidR="0094787C" w:rsidRDefault="00000000">
      <w:pPr>
        <w:pStyle w:val="Heading2"/>
      </w:pPr>
      <w:r>
        <w:t>Approval</w:t>
      </w:r>
    </w:p>
    <w:tbl>
      <w:tblPr>
        <w:tblStyle w:val="TableGrid"/>
        <w:tblW w:w="0" w:type="auto"/>
        <w:jc w:val="center"/>
        <w:tblLook w:val="04A0" w:firstRow="1" w:lastRow="0" w:firstColumn="1" w:lastColumn="0" w:noHBand="0" w:noVBand="1"/>
      </w:tblPr>
      <w:tblGrid>
        <w:gridCol w:w="3024"/>
        <w:gridCol w:w="2448"/>
        <w:gridCol w:w="2448"/>
        <w:gridCol w:w="1584"/>
      </w:tblGrid>
      <w:tr w:rsidR="0094787C" w14:paraId="369CDFAC" w14:textId="77777777">
        <w:trPr>
          <w:jc w:val="center"/>
        </w:trPr>
        <w:tc>
          <w:tcPr>
            <w:tcW w:w="3024" w:type="dxa"/>
            <w:shd w:val="clear" w:color="auto" w:fill="1F4E78"/>
            <w:vAlign w:val="center"/>
          </w:tcPr>
          <w:p w14:paraId="709363DE" w14:textId="77777777" w:rsidR="0094787C" w:rsidRDefault="00000000">
            <w:r>
              <w:rPr>
                <w:b/>
                <w:color w:val="FFFFFF"/>
                <w:sz w:val="17"/>
              </w:rPr>
              <w:t>Role</w:t>
            </w:r>
          </w:p>
        </w:tc>
        <w:tc>
          <w:tcPr>
            <w:tcW w:w="2448" w:type="dxa"/>
            <w:shd w:val="clear" w:color="auto" w:fill="1F4E78"/>
            <w:vAlign w:val="center"/>
          </w:tcPr>
          <w:p w14:paraId="616B31E2" w14:textId="77777777" w:rsidR="0094787C" w:rsidRDefault="00000000">
            <w:r>
              <w:rPr>
                <w:b/>
                <w:color w:val="FFFFFF"/>
                <w:sz w:val="17"/>
              </w:rPr>
              <w:t>Name</w:t>
            </w:r>
          </w:p>
        </w:tc>
        <w:tc>
          <w:tcPr>
            <w:tcW w:w="2448" w:type="dxa"/>
            <w:shd w:val="clear" w:color="auto" w:fill="1F4E78"/>
            <w:vAlign w:val="center"/>
          </w:tcPr>
          <w:p w14:paraId="68659D37" w14:textId="77777777" w:rsidR="0094787C" w:rsidRDefault="00000000">
            <w:r>
              <w:rPr>
                <w:b/>
                <w:color w:val="FFFFFF"/>
                <w:sz w:val="17"/>
              </w:rPr>
              <w:t>Signature</w:t>
            </w:r>
          </w:p>
        </w:tc>
        <w:tc>
          <w:tcPr>
            <w:tcW w:w="1584" w:type="dxa"/>
            <w:shd w:val="clear" w:color="auto" w:fill="1F4E78"/>
            <w:vAlign w:val="center"/>
          </w:tcPr>
          <w:p w14:paraId="1D4D3953" w14:textId="77777777" w:rsidR="0094787C" w:rsidRDefault="00000000">
            <w:r>
              <w:rPr>
                <w:b/>
                <w:color w:val="FFFFFF"/>
                <w:sz w:val="17"/>
              </w:rPr>
              <w:t>Date</w:t>
            </w:r>
          </w:p>
        </w:tc>
      </w:tr>
      <w:tr w:rsidR="0094787C" w14:paraId="4FA14F43" w14:textId="77777777">
        <w:trPr>
          <w:jc w:val="center"/>
        </w:trPr>
        <w:tc>
          <w:tcPr>
            <w:tcW w:w="3024" w:type="dxa"/>
            <w:shd w:val="clear" w:color="auto" w:fill="FAFAFA"/>
            <w:vAlign w:val="center"/>
          </w:tcPr>
          <w:p w14:paraId="3B3D9E01" w14:textId="77777777" w:rsidR="0094787C" w:rsidRDefault="00000000">
            <w:r>
              <w:rPr>
                <w:sz w:val="17"/>
              </w:rPr>
              <w:t>Chief Executive Officer / Administrator</w:t>
            </w:r>
          </w:p>
        </w:tc>
        <w:tc>
          <w:tcPr>
            <w:tcW w:w="2448" w:type="dxa"/>
            <w:shd w:val="clear" w:color="auto" w:fill="FAFAFA"/>
            <w:vAlign w:val="center"/>
          </w:tcPr>
          <w:p w14:paraId="45E36202" w14:textId="77777777" w:rsidR="0094787C" w:rsidRDefault="0094787C"/>
        </w:tc>
        <w:tc>
          <w:tcPr>
            <w:tcW w:w="2448" w:type="dxa"/>
            <w:shd w:val="clear" w:color="auto" w:fill="FAFAFA"/>
            <w:vAlign w:val="center"/>
          </w:tcPr>
          <w:p w14:paraId="3F33B1CE" w14:textId="77777777" w:rsidR="0094787C" w:rsidRDefault="0094787C"/>
        </w:tc>
        <w:tc>
          <w:tcPr>
            <w:tcW w:w="1584" w:type="dxa"/>
            <w:shd w:val="clear" w:color="auto" w:fill="FAFAFA"/>
            <w:vAlign w:val="center"/>
          </w:tcPr>
          <w:p w14:paraId="3D3905D3" w14:textId="77777777" w:rsidR="0094787C" w:rsidRDefault="0094787C"/>
        </w:tc>
      </w:tr>
      <w:tr w:rsidR="0094787C" w14:paraId="1C987A3C" w14:textId="77777777">
        <w:trPr>
          <w:jc w:val="center"/>
        </w:trPr>
        <w:tc>
          <w:tcPr>
            <w:tcW w:w="3024" w:type="dxa"/>
            <w:vAlign w:val="center"/>
          </w:tcPr>
          <w:p w14:paraId="7A6A8E7C" w14:textId="77777777" w:rsidR="0094787C" w:rsidRDefault="00000000">
            <w:r>
              <w:rPr>
                <w:sz w:val="17"/>
              </w:rPr>
              <w:t>Emergency Preparedness Lead</w:t>
            </w:r>
          </w:p>
        </w:tc>
        <w:tc>
          <w:tcPr>
            <w:tcW w:w="2448" w:type="dxa"/>
            <w:vAlign w:val="center"/>
          </w:tcPr>
          <w:p w14:paraId="64E92062" w14:textId="77777777" w:rsidR="0094787C" w:rsidRDefault="0094787C"/>
        </w:tc>
        <w:tc>
          <w:tcPr>
            <w:tcW w:w="2448" w:type="dxa"/>
            <w:vAlign w:val="center"/>
          </w:tcPr>
          <w:p w14:paraId="5E8C3AD3" w14:textId="77777777" w:rsidR="0094787C" w:rsidRDefault="0094787C"/>
        </w:tc>
        <w:tc>
          <w:tcPr>
            <w:tcW w:w="1584" w:type="dxa"/>
            <w:vAlign w:val="center"/>
          </w:tcPr>
          <w:p w14:paraId="44B987B8" w14:textId="77777777" w:rsidR="0094787C" w:rsidRDefault="0094787C"/>
        </w:tc>
      </w:tr>
      <w:tr w:rsidR="0094787C" w14:paraId="33EE28D6" w14:textId="77777777">
        <w:trPr>
          <w:jc w:val="center"/>
        </w:trPr>
        <w:tc>
          <w:tcPr>
            <w:tcW w:w="3024" w:type="dxa"/>
            <w:shd w:val="clear" w:color="auto" w:fill="FAFAFA"/>
            <w:vAlign w:val="center"/>
          </w:tcPr>
          <w:p w14:paraId="209601DA" w14:textId="77777777" w:rsidR="0094787C" w:rsidRDefault="00000000">
            <w:r>
              <w:rPr>
                <w:sz w:val="17"/>
              </w:rPr>
              <w:t>Nursing Leader</w:t>
            </w:r>
          </w:p>
        </w:tc>
        <w:tc>
          <w:tcPr>
            <w:tcW w:w="2448" w:type="dxa"/>
            <w:shd w:val="clear" w:color="auto" w:fill="FAFAFA"/>
            <w:vAlign w:val="center"/>
          </w:tcPr>
          <w:p w14:paraId="35D1C88F" w14:textId="77777777" w:rsidR="0094787C" w:rsidRDefault="0094787C"/>
        </w:tc>
        <w:tc>
          <w:tcPr>
            <w:tcW w:w="2448" w:type="dxa"/>
            <w:shd w:val="clear" w:color="auto" w:fill="FAFAFA"/>
            <w:vAlign w:val="center"/>
          </w:tcPr>
          <w:p w14:paraId="4C07F0E9" w14:textId="77777777" w:rsidR="0094787C" w:rsidRDefault="0094787C"/>
        </w:tc>
        <w:tc>
          <w:tcPr>
            <w:tcW w:w="1584" w:type="dxa"/>
            <w:shd w:val="clear" w:color="auto" w:fill="FAFAFA"/>
            <w:vAlign w:val="center"/>
          </w:tcPr>
          <w:p w14:paraId="67B2081D" w14:textId="77777777" w:rsidR="0094787C" w:rsidRDefault="0094787C"/>
        </w:tc>
      </w:tr>
      <w:tr w:rsidR="0094787C" w14:paraId="2E8150D3" w14:textId="77777777">
        <w:trPr>
          <w:jc w:val="center"/>
        </w:trPr>
        <w:tc>
          <w:tcPr>
            <w:tcW w:w="3024" w:type="dxa"/>
            <w:vAlign w:val="center"/>
          </w:tcPr>
          <w:p w14:paraId="52A16D96" w14:textId="77777777" w:rsidR="0094787C" w:rsidRDefault="00000000">
            <w:r>
              <w:rPr>
                <w:sz w:val="17"/>
              </w:rPr>
              <w:t>Medical Director / Chief Medical Officer</w:t>
            </w:r>
          </w:p>
        </w:tc>
        <w:tc>
          <w:tcPr>
            <w:tcW w:w="2448" w:type="dxa"/>
            <w:vAlign w:val="center"/>
          </w:tcPr>
          <w:p w14:paraId="15F5F726" w14:textId="77777777" w:rsidR="0094787C" w:rsidRDefault="0094787C"/>
        </w:tc>
        <w:tc>
          <w:tcPr>
            <w:tcW w:w="2448" w:type="dxa"/>
            <w:vAlign w:val="center"/>
          </w:tcPr>
          <w:p w14:paraId="1817369D" w14:textId="77777777" w:rsidR="0094787C" w:rsidRDefault="0094787C"/>
        </w:tc>
        <w:tc>
          <w:tcPr>
            <w:tcW w:w="1584" w:type="dxa"/>
            <w:vAlign w:val="center"/>
          </w:tcPr>
          <w:p w14:paraId="4D96D54A" w14:textId="77777777" w:rsidR="0094787C" w:rsidRDefault="0094787C"/>
        </w:tc>
      </w:tr>
      <w:tr w:rsidR="0094787C" w14:paraId="030B5667" w14:textId="77777777">
        <w:trPr>
          <w:jc w:val="center"/>
        </w:trPr>
        <w:tc>
          <w:tcPr>
            <w:tcW w:w="3024" w:type="dxa"/>
            <w:shd w:val="clear" w:color="auto" w:fill="FAFAFA"/>
            <w:vAlign w:val="center"/>
          </w:tcPr>
          <w:p w14:paraId="3206796F" w14:textId="77777777" w:rsidR="0094787C" w:rsidRDefault="00000000">
            <w:r>
              <w:rPr>
                <w:sz w:val="17"/>
              </w:rPr>
              <w:t>Public Information Officer / Communications Lead</w:t>
            </w:r>
          </w:p>
        </w:tc>
        <w:tc>
          <w:tcPr>
            <w:tcW w:w="2448" w:type="dxa"/>
            <w:shd w:val="clear" w:color="auto" w:fill="FAFAFA"/>
            <w:vAlign w:val="center"/>
          </w:tcPr>
          <w:p w14:paraId="3D6D5571" w14:textId="77777777" w:rsidR="0094787C" w:rsidRDefault="0094787C"/>
        </w:tc>
        <w:tc>
          <w:tcPr>
            <w:tcW w:w="2448" w:type="dxa"/>
            <w:shd w:val="clear" w:color="auto" w:fill="FAFAFA"/>
            <w:vAlign w:val="center"/>
          </w:tcPr>
          <w:p w14:paraId="267399C8" w14:textId="77777777" w:rsidR="0094787C" w:rsidRDefault="0094787C"/>
        </w:tc>
        <w:tc>
          <w:tcPr>
            <w:tcW w:w="1584" w:type="dxa"/>
            <w:shd w:val="clear" w:color="auto" w:fill="FAFAFA"/>
            <w:vAlign w:val="center"/>
          </w:tcPr>
          <w:p w14:paraId="3BDF5D4E" w14:textId="77777777" w:rsidR="0094787C" w:rsidRDefault="0094787C"/>
        </w:tc>
      </w:tr>
      <w:tr w:rsidR="0094787C" w14:paraId="5D213B26" w14:textId="77777777">
        <w:trPr>
          <w:jc w:val="center"/>
        </w:trPr>
        <w:tc>
          <w:tcPr>
            <w:tcW w:w="3024" w:type="dxa"/>
            <w:vAlign w:val="center"/>
          </w:tcPr>
          <w:p w14:paraId="64FE5175" w14:textId="77777777" w:rsidR="0094787C" w:rsidRDefault="00000000">
            <w:r>
              <w:rPr>
                <w:sz w:val="17"/>
              </w:rPr>
              <w:t>Facilities / Operations Leader</w:t>
            </w:r>
          </w:p>
        </w:tc>
        <w:tc>
          <w:tcPr>
            <w:tcW w:w="2448" w:type="dxa"/>
            <w:vAlign w:val="center"/>
          </w:tcPr>
          <w:p w14:paraId="0B87DD83" w14:textId="77777777" w:rsidR="0094787C" w:rsidRDefault="0094787C"/>
        </w:tc>
        <w:tc>
          <w:tcPr>
            <w:tcW w:w="2448" w:type="dxa"/>
            <w:vAlign w:val="center"/>
          </w:tcPr>
          <w:p w14:paraId="76499333" w14:textId="77777777" w:rsidR="0094787C" w:rsidRDefault="0094787C"/>
        </w:tc>
        <w:tc>
          <w:tcPr>
            <w:tcW w:w="1584" w:type="dxa"/>
            <w:vAlign w:val="center"/>
          </w:tcPr>
          <w:p w14:paraId="7FA0F699" w14:textId="77777777" w:rsidR="0094787C" w:rsidRDefault="0094787C"/>
        </w:tc>
      </w:tr>
      <w:tr w:rsidR="0094787C" w14:paraId="52678C3A" w14:textId="77777777">
        <w:trPr>
          <w:jc w:val="center"/>
        </w:trPr>
        <w:tc>
          <w:tcPr>
            <w:tcW w:w="3024" w:type="dxa"/>
            <w:shd w:val="clear" w:color="auto" w:fill="FAFAFA"/>
            <w:vAlign w:val="center"/>
          </w:tcPr>
          <w:p w14:paraId="5EE70C7A" w14:textId="77777777" w:rsidR="0094787C" w:rsidRDefault="00000000">
            <w:r>
              <w:rPr>
                <w:sz w:val="17"/>
              </w:rPr>
              <w:t>Security / Safety Leader</w:t>
            </w:r>
          </w:p>
        </w:tc>
        <w:tc>
          <w:tcPr>
            <w:tcW w:w="2448" w:type="dxa"/>
            <w:shd w:val="clear" w:color="auto" w:fill="FAFAFA"/>
            <w:vAlign w:val="center"/>
          </w:tcPr>
          <w:p w14:paraId="60D67ED5" w14:textId="77777777" w:rsidR="0094787C" w:rsidRDefault="0094787C"/>
        </w:tc>
        <w:tc>
          <w:tcPr>
            <w:tcW w:w="2448" w:type="dxa"/>
            <w:shd w:val="clear" w:color="auto" w:fill="FAFAFA"/>
            <w:vAlign w:val="center"/>
          </w:tcPr>
          <w:p w14:paraId="1FCC9B68" w14:textId="77777777" w:rsidR="0094787C" w:rsidRDefault="0094787C"/>
        </w:tc>
        <w:tc>
          <w:tcPr>
            <w:tcW w:w="1584" w:type="dxa"/>
            <w:shd w:val="clear" w:color="auto" w:fill="FAFAFA"/>
            <w:vAlign w:val="center"/>
          </w:tcPr>
          <w:p w14:paraId="07729916" w14:textId="77777777" w:rsidR="0094787C" w:rsidRDefault="0094787C"/>
        </w:tc>
      </w:tr>
      <w:tr w:rsidR="0094787C" w14:paraId="7DE7C876" w14:textId="77777777">
        <w:trPr>
          <w:jc w:val="center"/>
        </w:trPr>
        <w:tc>
          <w:tcPr>
            <w:tcW w:w="3024" w:type="dxa"/>
            <w:vAlign w:val="center"/>
          </w:tcPr>
          <w:p w14:paraId="697B5F7D" w14:textId="77777777" w:rsidR="0094787C" w:rsidRDefault="00000000">
            <w:r>
              <w:rPr>
                <w:sz w:val="17"/>
              </w:rPr>
              <w:t>IT / Telecommunications Leader</w:t>
            </w:r>
          </w:p>
        </w:tc>
        <w:tc>
          <w:tcPr>
            <w:tcW w:w="2448" w:type="dxa"/>
            <w:vAlign w:val="center"/>
          </w:tcPr>
          <w:p w14:paraId="3D0B371F" w14:textId="77777777" w:rsidR="0094787C" w:rsidRDefault="0094787C"/>
        </w:tc>
        <w:tc>
          <w:tcPr>
            <w:tcW w:w="2448" w:type="dxa"/>
            <w:vAlign w:val="center"/>
          </w:tcPr>
          <w:p w14:paraId="724E6BA3" w14:textId="77777777" w:rsidR="0094787C" w:rsidRDefault="0094787C"/>
        </w:tc>
        <w:tc>
          <w:tcPr>
            <w:tcW w:w="1584" w:type="dxa"/>
            <w:vAlign w:val="center"/>
          </w:tcPr>
          <w:p w14:paraId="45844214" w14:textId="77777777" w:rsidR="0094787C" w:rsidRDefault="0094787C"/>
        </w:tc>
      </w:tr>
    </w:tbl>
    <w:p w14:paraId="400256D8" w14:textId="77777777" w:rsidR="0094787C" w:rsidRDefault="0094787C"/>
    <w:p w14:paraId="34CA7F9A" w14:textId="77777777" w:rsidR="0094787C" w:rsidRDefault="00000000">
      <w:pPr>
        <w:pStyle w:val="Heading2"/>
      </w:pPr>
      <w:r>
        <w:t>Revision History</w:t>
      </w:r>
    </w:p>
    <w:tbl>
      <w:tblPr>
        <w:tblStyle w:val="TableGrid"/>
        <w:tblW w:w="0" w:type="auto"/>
        <w:jc w:val="center"/>
        <w:tblLook w:val="04A0" w:firstRow="1" w:lastRow="0" w:firstColumn="1" w:lastColumn="0" w:noHBand="0" w:noVBand="1"/>
      </w:tblPr>
      <w:tblGrid>
        <w:gridCol w:w="1008"/>
        <w:gridCol w:w="1440"/>
        <w:gridCol w:w="4320"/>
        <w:gridCol w:w="1584"/>
        <w:gridCol w:w="1728"/>
      </w:tblGrid>
      <w:tr w:rsidR="0094787C" w14:paraId="5CD0D91D" w14:textId="77777777">
        <w:trPr>
          <w:jc w:val="center"/>
        </w:trPr>
        <w:tc>
          <w:tcPr>
            <w:tcW w:w="1008" w:type="dxa"/>
            <w:shd w:val="clear" w:color="auto" w:fill="1F4E78"/>
            <w:vAlign w:val="center"/>
          </w:tcPr>
          <w:p w14:paraId="578DF655" w14:textId="77777777" w:rsidR="0094787C" w:rsidRDefault="00000000">
            <w:r>
              <w:rPr>
                <w:b/>
                <w:color w:val="FFFFFF"/>
                <w:sz w:val="17"/>
              </w:rPr>
              <w:t>Version</w:t>
            </w:r>
          </w:p>
        </w:tc>
        <w:tc>
          <w:tcPr>
            <w:tcW w:w="1440" w:type="dxa"/>
            <w:shd w:val="clear" w:color="auto" w:fill="1F4E78"/>
            <w:vAlign w:val="center"/>
          </w:tcPr>
          <w:p w14:paraId="7C300E57" w14:textId="77777777" w:rsidR="0094787C" w:rsidRDefault="00000000">
            <w:r>
              <w:rPr>
                <w:b/>
                <w:color w:val="FFFFFF"/>
                <w:sz w:val="17"/>
              </w:rPr>
              <w:t>Date</w:t>
            </w:r>
          </w:p>
        </w:tc>
        <w:tc>
          <w:tcPr>
            <w:tcW w:w="4320" w:type="dxa"/>
            <w:shd w:val="clear" w:color="auto" w:fill="1F4E78"/>
            <w:vAlign w:val="center"/>
          </w:tcPr>
          <w:p w14:paraId="5AA31C49" w14:textId="77777777" w:rsidR="0094787C" w:rsidRDefault="00000000">
            <w:r>
              <w:rPr>
                <w:b/>
                <w:color w:val="FFFFFF"/>
                <w:sz w:val="17"/>
              </w:rPr>
              <w:t>Summary of Change</w:t>
            </w:r>
          </w:p>
        </w:tc>
        <w:tc>
          <w:tcPr>
            <w:tcW w:w="1584" w:type="dxa"/>
            <w:shd w:val="clear" w:color="auto" w:fill="1F4E78"/>
            <w:vAlign w:val="center"/>
          </w:tcPr>
          <w:p w14:paraId="3E80FFF3" w14:textId="77777777" w:rsidR="0094787C" w:rsidRDefault="00000000">
            <w:r>
              <w:rPr>
                <w:b/>
                <w:color w:val="FFFFFF"/>
                <w:sz w:val="17"/>
              </w:rPr>
              <w:t>Owner</w:t>
            </w:r>
          </w:p>
        </w:tc>
        <w:tc>
          <w:tcPr>
            <w:tcW w:w="1728" w:type="dxa"/>
            <w:shd w:val="clear" w:color="auto" w:fill="1F4E78"/>
            <w:vAlign w:val="center"/>
          </w:tcPr>
          <w:p w14:paraId="75E7E889" w14:textId="77777777" w:rsidR="0094787C" w:rsidRDefault="00000000">
            <w:r>
              <w:rPr>
                <w:b/>
                <w:color w:val="FFFFFF"/>
                <w:sz w:val="17"/>
              </w:rPr>
              <w:t>Approval</w:t>
            </w:r>
          </w:p>
        </w:tc>
      </w:tr>
      <w:tr w:rsidR="0094787C" w14:paraId="3C1EE734" w14:textId="77777777">
        <w:trPr>
          <w:jc w:val="center"/>
        </w:trPr>
        <w:tc>
          <w:tcPr>
            <w:tcW w:w="1008" w:type="dxa"/>
            <w:shd w:val="clear" w:color="auto" w:fill="FAFAFA"/>
            <w:vAlign w:val="center"/>
          </w:tcPr>
          <w:p w14:paraId="5326056D" w14:textId="77777777" w:rsidR="0094787C" w:rsidRDefault="00000000">
            <w:r>
              <w:rPr>
                <w:sz w:val="17"/>
              </w:rPr>
              <w:t>1.0</w:t>
            </w:r>
          </w:p>
        </w:tc>
        <w:tc>
          <w:tcPr>
            <w:tcW w:w="1440" w:type="dxa"/>
            <w:shd w:val="clear" w:color="auto" w:fill="FAFAFA"/>
            <w:vAlign w:val="center"/>
          </w:tcPr>
          <w:p w14:paraId="74AB02E8" w14:textId="77777777" w:rsidR="0094787C" w:rsidRDefault="00000000">
            <w:r>
              <w:rPr>
                <w:sz w:val="17"/>
              </w:rPr>
              <w:t>[INSERT]</w:t>
            </w:r>
          </w:p>
        </w:tc>
        <w:tc>
          <w:tcPr>
            <w:tcW w:w="4320" w:type="dxa"/>
            <w:shd w:val="clear" w:color="auto" w:fill="FAFAFA"/>
            <w:vAlign w:val="center"/>
          </w:tcPr>
          <w:p w14:paraId="5F9B7617" w14:textId="77777777" w:rsidR="0094787C" w:rsidRDefault="00000000">
            <w:r>
              <w:rPr>
                <w:sz w:val="17"/>
              </w:rPr>
              <w:t>Initial communications plan template</w:t>
            </w:r>
          </w:p>
        </w:tc>
        <w:tc>
          <w:tcPr>
            <w:tcW w:w="1584" w:type="dxa"/>
            <w:shd w:val="clear" w:color="auto" w:fill="FAFAFA"/>
            <w:vAlign w:val="center"/>
          </w:tcPr>
          <w:p w14:paraId="6A0E3B47" w14:textId="77777777" w:rsidR="0094787C" w:rsidRDefault="00000000">
            <w:r>
              <w:rPr>
                <w:sz w:val="17"/>
              </w:rPr>
              <w:t>[INSERT]</w:t>
            </w:r>
          </w:p>
        </w:tc>
        <w:tc>
          <w:tcPr>
            <w:tcW w:w="1728" w:type="dxa"/>
            <w:shd w:val="clear" w:color="auto" w:fill="FAFAFA"/>
            <w:vAlign w:val="center"/>
          </w:tcPr>
          <w:p w14:paraId="3F04F45A" w14:textId="77777777" w:rsidR="0094787C" w:rsidRDefault="00000000">
            <w:r>
              <w:rPr>
                <w:sz w:val="17"/>
              </w:rPr>
              <w:t>[INSERT]</w:t>
            </w:r>
          </w:p>
        </w:tc>
      </w:tr>
      <w:tr w:rsidR="0094787C" w14:paraId="00AC27C7" w14:textId="77777777">
        <w:trPr>
          <w:jc w:val="center"/>
        </w:trPr>
        <w:tc>
          <w:tcPr>
            <w:tcW w:w="1008" w:type="dxa"/>
            <w:vAlign w:val="center"/>
          </w:tcPr>
          <w:p w14:paraId="08988CD0" w14:textId="77777777" w:rsidR="0094787C" w:rsidRDefault="0094787C"/>
        </w:tc>
        <w:tc>
          <w:tcPr>
            <w:tcW w:w="1440" w:type="dxa"/>
            <w:vAlign w:val="center"/>
          </w:tcPr>
          <w:p w14:paraId="5F5EAFA6" w14:textId="77777777" w:rsidR="0094787C" w:rsidRDefault="0094787C"/>
        </w:tc>
        <w:tc>
          <w:tcPr>
            <w:tcW w:w="4320" w:type="dxa"/>
            <w:vAlign w:val="center"/>
          </w:tcPr>
          <w:p w14:paraId="4E8553F6" w14:textId="77777777" w:rsidR="0094787C" w:rsidRDefault="0094787C"/>
        </w:tc>
        <w:tc>
          <w:tcPr>
            <w:tcW w:w="1584" w:type="dxa"/>
            <w:vAlign w:val="center"/>
          </w:tcPr>
          <w:p w14:paraId="6BF2EA58" w14:textId="77777777" w:rsidR="0094787C" w:rsidRDefault="0094787C"/>
        </w:tc>
        <w:tc>
          <w:tcPr>
            <w:tcW w:w="1728" w:type="dxa"/>
            <w:vAlign w:val="center"/>
          </w:tcPr>
          <w:p w14:paraId="611513F9" w14:textId="77777777" w:rsidR="0094787C" w:rsidRDefault="0094787C"/>
        </w:tc>
      </w:tr>
      <w:tr w:rsidR="0094787C" w14:paraId="4C179607" w14:textId="77777777">
        <w:trPr>
          <w:jc w:val="center"/>
        </w:trPr>
        <w:tc>
          <w:tcPr>
            <w:tcW w:w="1008" w:type="dxa"/>
            <w:shd w:val="clear" w:color="auto" w:fill="FAFAFA"/>
            <w:vAlign w:val="center"/>
          </w:tcPr>
          <w:p w14:paraId="677EBB7B" w14:textId="77777777" w:rsidR="0094787C" w:rsidRDefault="0094787C"/>
        </w:tc>
        <w:tc>
          <w:tcPr>
            <w:tcW w:w="1440" w:type="dxa"/>
            <w:shd w:val="clear" w:color="auto" w:fill="FAFAFA"/>
            <w:vAlign w:val="center"/>
          </w:tcPr>
          <w:p w14:paraId="03EB54C0" w14:textId="77777777" w:rsidR="0094787C" w:rsidRDefault="0094787C"/>
        </w:tc>
        <w:tc>
          <w:tcPr>
            <w:tcW w:w="4320" w:type="dxa"/>
            <w:shd w:val="clear" w:color="auto" w:fill="FAFAFA"/>
            <w:vAlign w:val="center"/>
          </w:tcPr>
          <w:p w14:paraId="761EFA60" w14:textId="77777777" w:rsidR="0094787C" w:rsidRDefault="0094787C"/>
        </w:tc>
        <w:tc>
          <w:tcPr>
            <w:tcW w:w="1584" w:type="dxa"/>
            <w:shd w:val="clear" w:color="auto" w:fill="FAFAFA"/>
            <w:vAlign w:val="center"/>
          </w:tcPr>
          <w:p w14:paraId="1D7830A9" w14:textId="77777777" w:rsidR="0094787C" w:rsidRDefault="0094787C"/>
        </w:tc>
        <w:tc>
          <w:tcPr>
            <w:tcW w:w="1728" w:type="dxa"/>
            <w:shd w:val="clear" w:color="auto" w:fill="FAFAFA"/>
            <w:vAlign w:val="center"/>
          </w:tcPr>
          <w:p w14:paraId="26EF7992" w14:textId="77777777" w:rsidR="0094787C" w:rsidRDefault="0094787C"/>
        </w:tc>
      </w:tr>
    </w:tbl>
    <w:p w14:paraId="3FE36907" w14:textId="77777777" w:rsidR="0094787C" w:rsidRDefault="0094787C"/>
    <w:p w14:paraId="12410D42" w14:textId="77777777" w:rsidR="0094787C" w:rsidRDefault="00000000">
      <w:r>
        <w:br w:type="page"/>
      </w:r>
    </w:p>
    <w:p w14:paraId="64A65D0A" w14:textId="77777777" w:rsidR="0094787C" w:rsidRDefault="00000000">
      <w:pPr>
        <w:pStyle w:val="Heading1"/>
      </w:pPr>
      <w:r>
        <w:lastRenderedPageBreak/>
        <w:t>SECTION 1  PURPOSE, SCOPE, AND AUTHORITIES</w:t>
      </w:r>
    </w:p>
    <w:p w14:paraId="5D4C2E16" w14:textId="77777777" w:rsidR="0094787C" w:rsidRDefault="00000000">
      <w:r>
        <w:rPr>
          <w:b/>
          <w:color w:val="C65911"/>
        </w:rPr>
        <w:t>[Complete this section to define who the plan covers and how it integrates with the Emergency Preparedness Plan / EOP.]</w:t>
      </w:r>
    </w:p>
    <w:p w14:paraId="4E90D995" w14:textId="77777777" w:rsidR="0094787C" w:rsidRDefault="00000000">
      <w:pPr>
        <w:pStyle w:val="Heading2"/>
      </w:pPr>
      <w:r>
        <w:t>1.1 Purpose</w:t>
      </w:r>
    </w:p>
    <w:p w14:paraId="25F80FEF" w14:textId="77777777" w:rsidR="0094787C" w:rsidRDefault="00000000">
      <w:r>
        <w:t>The purpose of this Emergency Communications Plan is to establish a reliable, redundant, legally compliant process for warning, notifying, coordinating, reporting, and documenting communications before, during, and after emergencies affecting the facility. The plan supports life safety, continuity of patient or resident care, operational coordination, public information, family communication, and restoration of services.</w:t>
      </w:r>
    </w:p>
    <w:p w14:paraId="3887FF65" w14:textId="77777777" w:rsidR="0094787C" w:rsidRDefault="00000000">
      <w:pPr>
        <w:pStyle w:val="Heading2"/>
      </w:pPr>
      <w:r>
        <w:t>1.2 Scope</w:t>
      </w:r>
    </w:p>
    <w:p w14:paraId="545D88AD" w14:textId="77777777" w:rsidR="0094787C" w:rsidRDefault="00000000">
      <w:pPr>
        <w:pStyle w:val="ListBullet"/>
      </w:pPr>
      <w:r>
        <w:t>Applies to the primary campus, off-campus/provider-based departments, clinics, long-term care units, contracted services, and other locations listed in Appendix A.</w:t>
      </w:r>
    </w:p>
    <w:p w14:paraId="23513D86" w14:textId="77777777" w:rsidR="0094787C" w:rsidRDefault="00000000">
      <w:pPr>
        <w:pStyle w:val="ListBullet"/>
      </w:pPr>
      <w:r>
        <w:t>Applies to internal communications with staff, medical staff, volunteers, contractors, leadership, residents/patients, families/representatives, and incident command personnel.</w:t>
      </w:r>
    </w:p>
    <w:p w14:paraId="7EB20E00" w14:textId="77777777" w:rsidR="0094787C" w:rsidRDefault="00000000">
      <w:pPr>
        <w:pStyle w:val="ListBullet"/>
      </w:pPr>
      <w:r>
        <w:t>Applies to external communications with emergency management, public health, EMS, fire, law enforcement, licensing/survey agencies, healthcare coalitions, receiving facilities, vendors, media, and other partners.</w:t>
      </w:r>
    </w:p>
    <w:p w14:paraId="0FD00B6A" w14:textId="77777777" w:rsidR="0094787C" w:rsidRDefault="00000000">
      <w:pPr>
        <w:pStyle w:val="Heading2"/>
      </w:pPr>
      <w:r>
        <w:t>1.3 Regulatory Basis and Integration</w:t>
      </w:r>
    </w:p>
    <w:tbl>
      <w:tblPr>
        <w:tblStyle w:val="TableGrid"/>
        <w:tblW w:w="0" w:type="auto"/>
        <w:jc w:val="center"/>
        <w:tblLook w:val="04A0" w:firstRow="1" w:lastRow="0" w:firstColumn="1" w:lastColumn="0" w:noHBand="0" w:noVBand="1"/>
      </w:tblPr>
      <w:tblGrid>
        <w:gridCol w:w="3548"/>
        <w:gridCol w:w="3549"/>
        <w:gridCol w:w="3549"/>
      </w:tblGrid>
      <w:tr w:rsidR="0094787C" w14:paraId="4B78864B" w14:textId="77777777">
        <w:trPr>
          <w:jc w:val="center"/>
        </w:trPr>
        <w:tc>
          <w:tcPr>
            <w:tcW w:w="3552" w:type="dxa"/>
            <w:shd w:val="clear" w:color="auto" w:fill="1F4E78"/>
            <w:vAlign w:val="center"/>
          </w:tcPr>
          <w:p w14:paraId="3B52AD43" w14:textId="77777777" w:rsidR="0094787C" w:rsidRDefault="00000000">
            <w:r>
              <w:rPr>
                <w:b/>
                <w:color w:val="FFFFFF"/>
                <w:sz w:val="17"/>
              </w:rPr>
              <w:t>Provider type</w:t>
            </w:r>
          </w:p>
        </w:tc>
        <w:tc>
          <w:tcPr>
            <w:tcW w:w="3552" w:type="dxa"/>
            <w:shd w:val="clear" w:color="auto" w:fill="1F4E78"/>
            <w:vAlign w:val="center"/>
          </w:tcPr>
          <w:p w14:paraId="6DCDAF51" w14:textId="77777777" w:rsidR="0094787C" w:rsidRDefault="00000000">
            <w:r>
              <w:rPr>
                <w:b/>
                <w:color w:val="FFFFFF"/>
                <w:sz w:val="17"/>
              </w:rPr>
              <w:t>Regulatory communication plan basis</w:t>
            </w:r>
          </w:p>
        </w:tc>
        <w:tc>
          <w:tcPr>
            <w:tcW w:w="3552" w:type="dxa"/>
            <w:shd w:val="clear" w:color="auto" w:fill="1F4E78"/>
            <w:vAlign w:val="center"/>
          </w:tcPr>
          <w:p w14:paraId="06CB9750" w14:textId="77777777" w:rsidR="0094787C" w:rsidRDefault="00000000">
            <w:r>
              <w:rPr>
                <w:b/>
                <w:color w:val="FFFFFF"/>
                <w:sz w:val="17"/>
              </w:rPr>
              <w:t>Facility applicability</w:t>
            </w:r>
          </w:p>
        </w:tc>
      </w:tr>
      <w:tr w:rsidR="0094787C" w14:paraId="1427DC89" w14:textId="77777777">
        <w:trPr>
          <w:jc w:val="center"/>
        </w:trPr>
        <w:tc>
          <w:tcPr>
            <w:tcW w:w="3552" w:type="dxa"/>
            <w:shd w:val="clear" w:color="auto" w:fill="FAFAFA"/>
            <w:vAlign w:val="center"/>
          </w:tcPr>
          <w:p w14:paraId="69C4C7DB" w14:textId="77777777" w:rsidR="0094787C" w:rsidRDefault="00000000">
            <w:r>
              <w:rPr>
                <w:sz w:val="17"/>
              </w:rPr>
              <w:t>Hospital</w:t>
            </w:r>
          </w:p>
        </w:tc>
        <w:tc>
          <w:tcPr>
            <w:tcW w:w="3552" w:type="dxa"/>
            <w:shd w:val="clear" w:color="auto" w:fill="FAFAFA"/>
            <w:vAlign w:val="center"/>
          </w:tcPr>
          <w:p w14:paraId="3D3409E1" w14:textId="77777777" w:rsidR="0094787C" w:rsidRDefault="00000000">
            <w:r>
              <w:rPr>
                <w:sz w:val="17"/>
              </w:rPr>
              <w:t>42 CFR §482.15(c); CMS Appendix Z E-0029 through E-0034</w:t>
            </w:r>
          </w:p>
        </w:tc>
        <w:tc>
          <w:tcPr>
            <w:tcW w:w="3552" w:type="dxa"/>
            <w:shd w:val="clear" w:color="auto" w:fill="FAFAFA"/>
            <w:vAlign w:val="center"/>
          </w:tcPr>
          <w:p w14:paraId="106BD71B" w14:textId="77777777" w:rsidR="0094787C" w:rsidRDefault="00000000">
            <w:r>
              <w:rPr>
                <w:sz w:val="17"/>
              </w:rPr>
              <w:t>[Identify hospital campuses and provider-based departments]</w:t>
            </w:r>
          </w:p>
        </w:tc>
      </w:tr>
      <w:tr w:rsidR="0094787C" w14:paraId="2A2A205E" w14:textId="77777777">
        <w:trPr>
          <w:jc w:val="center"/>
        </w:trPr>
        <w:tc>
          <w:tcPr>
            <w:tcW w:w="3552" w:type="dxa"/>
            <w:vAlign w:val="center"/>
          </w:tcPr>
          <w:p w14:paraId="5844304F" w14:textId="77777777" w:rsidR="0094787C" w:rsidRDefault="00000000">
            <w:r>
              <w:rPr>
                <w:sz w:val="17"/>
              </w:rPr>
              <w:t>Long-Term Care Facility</w:t>
            </w:r>
          </w:p>
        </w:tc>
        <w:tc>
          <w:tcPr>
            <w:tcW w:w="3552" w:type="dxa"/>
            <w:vAlign w:val="center"/>
          </w:tcPr>
          <w:p w14:paraId="4AFE3DE9" w14:textId="77777777" w:rsidR="0094787C" w:rsidRDefault="00000000">
            <w:r>
              <w:rPr>
                <w:sz w:val="17"/>
              </w:rPr>
              <w:t>42 CFR §483.73(c); CMS Appendix Z E-0029 through E-0034</w:t>
            </w:r>
          </w:p>
        </w:tc>
        <w:tc>
          <w:tcPr>
            <w:tcW w:w="3552" w:type="dxa"/>
            <w:vAlign w:val="center"/>
          </w:tcPr>
          <w:p w14:paraId="1699ED1D" w14:textId="77777777" w:rsidR="0094787C" w:rsidRDefault="00000000">
            <w:r>
              <w:rPr>
                <w:sz w:val="17"/>
              </w:rPr>
              <w:t>[Identify nursing facility, SNF/NF, memory care, and other covered areas]</w:t>
            </w:r>
          </w:p>
        </w:tc>
      </w:tr>
      <w:tr w:rsidR="0094787C" w14:paraId="508C9245" w14:textId="77777777">
        <w:trPr>
          <w:jc w:val="center"/>
        </w:trPr>
        <w:tc>
          <w:tcPr>
            <w:tcW w:w="3552" w:type="dxa"/>
            <w:shd w:val="clear" w:color="auto" w:fill="FAFAFA"/>
            <w:vAlign w:val="center"/>
          </w:tcPr>
          <w:p w14:paraId="2D287DC8" w14:textId="77777777" w:rsidR="0094787C" w:rsidRDefault="00000000">
            <w:r>
              <w:rPr>
                <w:sz w:val="17"/>
              </w:rPr>
              <w:t>Unified and Integrated System Program</w:t>
            </w:r>
          </w:p>
        </w:tc>
        <w:tc>
          <w:tcPr>
            <w:tcW w:w="3552" w:type="dxa"/>
            <w:shd w:val="clear" w:color="auto" w:fill="FAFAFA"/>
            <w:vAlign w:val="center"/>
          </w:tcPr>
          <w:p w14:paraId="056E2E03" w14:textId="77777777" w:rsidR="0094787C" w:rsidRDefault="00000000">
            <w:r>
              <w:rPr>
                <w:sz w:val="17"/>
              </w:rPr>
              <w:t>Use only when permitted and when facility-specific risks, populations, services, communications, training, and evidence are included.</w:t>
            </w:r>
          </w:p>
        </w:tc>
        <w:tc>
          <w:tcPr>
            <w:tcW w:w="3552" w:type="dxa"/>
            <w:shd w:val="clear" w:color="auto" w:fill="FAFAFA"/>
            <w:vAlign w:val="center"/>
          </w:tcPr>
          <w:p w14:paraId="6EE7E016" w14:textId="77777777" w:rsidR="0094787C" w:rsidRDefault="00000000">
            <w:r>
              <w:rPr>
                <w:sz w:val="17"/>
              </w:rPr>
              <w:t>[Insert system program reference or mark N/A]</w:t>
            </w:r>
          </w:p>
        </w:tc>
      </w:tr>
    </w:tbl>
    <w:p w14:paraId="3BD438A8" w14:textId="77777777" w:rsidR="0094787C" w:rsidRDefault="0094787C"/>
    <w:tbl>
      <w:tblPr>
        <w:tblW w:w="0" w:type="auto"/>
        <w:jc w:val="center"/>
        <w:tblLook w:val="04A0" w:firstRow="1" w:lastRow="0" w:firstColumn="1" w:lastColumn="0" w:noHBand="0" w:noVBand="1"/>
      </w:tblPr>
      <w:tblGrid>
        <w:gridCol w:w="10656"/>
      </w:tblGrid>
      <w:tr w:rsidR="0094787C" w14:paraId="0DCBAC50" w14:textId="77777777">
        <w:trPr>
          <w:jc w:val="center"/>
        </w:trPr>
        <w:tc>
          <w:tcPr>
            <w:tcW w:w="10656" w:type="dxa"/>
            <w:shd w:val="clear" w:color="auto" w:fill="FFF2CC"/>
          </w:tcPr>
          <w:p w14:paraId="578E6BD5" w14:textId="77777777" w:rsidR="0094787C" w:rsidRDefault="00000000">
            <w:r>
              <w:rPr>
                <w:b/>
                <w:color w:val="17365D"/>
                <w:sz w:val="19"/>
              </w:rPr>
              <w:t xml:space="preserve">Facility-specific validation: </w:t>
            </w:r>
            <w:r>
              <w:rPr>
                <w:sz w:val="19"/>
              </w:rPr>
              <w:t>Validate this template against current CMS Appendix Z guidance, state licensure requirements, accrediting body standards, local emergency management expectations, HIPAA/privacy requirements, and actual facility procedures before approval.</w:t>
            </w:r>
          </w:p>
        </w:tc>
      </w:tr>
    </w:tbl>
    <w:p w14:paraId="599E3C0C" w14:textId="77777777" w:rsidR="0094787C" w:rsidRDefault="0094787C"/>
    <w:p w14:paraId="26728109" w14:textId="77777777" w:rsidR="0094787C" w:rsidRDefault="00000000">
      <w:pPr>
        <w:pStyle w:val="Heading1"/>
      </w:pPr>
      <w:r>
        <w:t>SECTION 2  COMMUNICATION PLAN GOVERNANCE AND REVIEW</w:t>
      </w:r>
    </w:p>
    <w:p w14:paraId="11CD0699" w14:textId="77777777" w:rsidR="0094787C" w:rsidRDefault="00000000">
      <w:pPr>
        <w:pStyle w:val="Heading2"/>
      </w:pPr>
      <w:r>
        <w:t>2.1 Governance</w:t>
      </w:r>
    </w:p>
    <w:p w14:paraId="0182C446" w14:textId="77777777" w:rsidR="0094787C" w:rsidRDefault="00000000">
      <w:r>
        <w:t>The Incident Commander or Administrator maintains overall authority during activation. The Public Information Officer or designated Communications Lead coordinates internal and external messaging. The Liaison Officer coordinates with government agencies, healthcare coalition partners, and mutual-aid contacts. The Planning Section or designee maintains communication logs, status reports, and documentation.</w:t>
      </w:r>
    </w:p>
    <w:tbl>
      <w:tblPr>
        <w:tblStyle w:val="TableGrid"/>
        <w:tblW w:w="0" w:type="auto"/>
        <w:jc w:val="center"/>
        <w:tblLook w:val="04A0" w:firstRow="1" w:lastRow="0" w:firstColumn="1" w:lastColumn="0" w:noHBand="0" w:noVBand="1"/>
      </w:tblPr>
      <w:tblGrid>
        <w:gridCol w:w="2232"/>
        <w:gridCol w:w="4320"/>
        <w:gridCol w:w="1944"/>
        <w:gridCol w:w="1944"/>
      </w:tblGrid>
      <w:tr w:rsidR="0094787C" w14:paraId="446815A5" w14:textId="77777777">
        <w:trPr>
          <w:jc w:val="center"/>
        </w:trPr>
        <w:tc>
          <w:tcPr>
            <w:tcW w:w="2232" w:type="dxa"/>
            <w:shd w:val="clear" w:color="auto" w:fill="1F4E78"/>
            <w:vAlign w:val="center"/>
          </w:tcPr>
          <w:p w14:paraId="10B056BF" w14:textId="77777777" w:rsidR="0094787C" w:rsidRDefault="00000000">
            <w:r>
              <w:rPr>
                <w:b/>
                <w:color w:val="FFFFFF"/>
                <w:sz w:val="17"/>
              </w:rPr>
              <w:t>Role / Function</w:t>
            </w:r>
          </w:p>
        </w:tc>
        <w:tc>
          <w:tcPr>
            <w:tcW w:w="4320" w:type="dxa"/>
            <w:shd w:val="clear" w:color="auto" w:fill="1F4E78"/>
            <w:vAlign w:val="center"/>
          </w:tcPr>
          <w:p w14:paraId="57FCA265" w14:textId="77777777" w:rsidR="0094787C" w:rsidRDefault="00000000">
            <w:r>
              <w:rPr>
                <w:b/>
                <w:color w:val="FFFFFF"/>
                <w:sz w:val="17"/>
              </w:rPr>
              <w:t>Primary responsibilities</w:t>
            </w:r>
          </w:p>
        </w:tc>
        <w:tc>
          <w:tcPr>
            <w:tcW w:w="1944" w:type="dxa"/>
            <w:shd w:val="clear" w:color="auto" w:fill="1F4E78"/>
            <w:vAlign w:val="center"/>
          </w:tcPr>
          <w:p w14:paraId="11EEED33" w14:textId="77777777" w:rsidR="0094787C" w:rsidRDefault="00000000">
            <w:r>
              <w:rPr>
                <w:b/>
                <w:color w:val="FFFFFF"/>
                <w:sz w:val="17"/>
              </w:rPr>
              <w:t>Primary</w:t>
            </w:r>
          </w:p>
        </w:tc>
        <w:tc>
          <w:tcPr>
            <w:tcW w:w="1944" w:type="dxa"/>
            <w:shd w:val="clear" w:color="auto" w:fill="1F4E78"/>
            <w:vAlign w:val="center"/>
          </w:tcPr>
          <w:p w14:paraId="160E79EC" w14:textId="77777777" w:rsidR="0094787C" w:rsidRDefault="00000000">
            <w:r>
              <w:rPr>
                <w:b/>
                <w:color w:val="FFFFFF"/>
                <w:sz w:val="17"/>
              </w:rPr>
              <w:t>Alternate</w:t>
            </w:r>
          </w:p>
        </w:tc>
      </w:tr>
      <w:tr w:rsidR="0094787C" w14:paraId="473733B9" w14:textId="77777777">
        <w:trPr>
          <w:jc w:val="center"/>
        </w:trPr>
        <w:tc>
          <w:tcPr>
            <w:tcW w:w="2232" w:type="dxa"/>
            <w:shd w:val="clear" w:color="auto" w:fill="FAFAFA"/>
            <w:vAlign w:val="center"/>
          </w:tcPr>
          <w:p w14:paraId="68133CA5" w14:textId="77777777" w:rsidR="0094787C" w:rsidRDefault="00000000">
            <w:r>
              <w:rPr>
                <w:sz w:val="17"/>
              </w:rPr>
              <w:t>Incident Commander / Administrator</w:t>
            </w:r>
          </w:p>
        </w:tc>
        <w:tc>
          <w:tcPr>
            <w:tcW w:w="4320" w:type="dxa"/>
            <w:shd w:val="clear" w:color="auto" w:fill="FAFAFA"/>
            <w:vAlign w:val="center"/>
          </w:tcPr>
          <w:p w14:paraId="450A80C0" w14:textId="77777777" w:rsidR="0094787C" w:rsidRDefault="00000000">
            <w:r>
              <w:rPr>
                <w:sz w:val="17"/>
              </w:rPr>
              <w:t>Authorize activation level, priorities, external status reporting, and message release.</w:t>
            </w:r>
          </w:p>
        </w:tc>
        <w:tc>
          <w:tcPr>
            <w:tcW w:w="1944" w:type="dxa"/>
            <w:shd w:val="clear" w:color="auto" w:fill="FAFAFA"/>
            <w:vAlign w:val="center"/>
          </w:tcPr>
          <w:p w14:paraId="3EFA146D" w14:textId="77777777" w:rsidR="0094787C" w:rsidRDefault="00000000">
            <w:r>
              <w:rPr>
                <w:sz w:val="17"/>
              </w:rPr>
              <w:t>[INSERT]</w:t>
            </w:r>
          </w:p>
        </w:tc>
        <w:tc>
          <w:tcPr>
            <w:tcW w:w="1944" w:type="dxa"/>
            <w:shd w:val="clear" w:color="auto" w:fill="FAFAFA"/>
            <w:vAlign w:val="center"/>
          </w:tcPr>
          <w:p w14:paraId="1AEE68CD" w14:textId="77777777" w:rsidR="0094787C" w:rsidRDefault="00000000">
            <w:r>
              <w:rPr>
                <w:sz w:val="17"/>
              </w:rPr>
              <w:t>[INSERT]</w:t>
            </w:r>
          </w:p>
        </w:tc>
      </w:tr>
      <w:tr w:rsidR="0094787C" w14:paraId="7E94B83F" w14:textId="77777777">
        <w:trPr>
          <w:jc w:val="center"/>
        </w:trPr>
        <w:tc>
          <w:tcPr>
            <w:tcW w:w="2232" w:type="dxa"/>
            <w:vAlign w:val="center"/>
          </w:tcPr>
          <w:p w14:paraId="2BC82357" w14:textId="77777777" w:rsidR="0094787C" w:rsidRDefault="00000000">
            <w:r>
              <w:rPr>
                <w:sz w:val="17"/>
              </w:rPr>
              <w:t>Public Information Officer / Communications Lead</w:t>
            </w:r>
          </w:p>
        </w:tc>
        <w:tc>
          <w:tcPr>
            <w:tcW w:w="4320" w:type="dxa"/>
            <w:vAlign w:val="center"/>
          </w:tcPr>
          <w:p w14:paraId="38007FFF" w14:textId="77777777" w:rsidR="0094787C" w:rsidRDefault="00000000">
            <w:r>
              <w:rPr>
                <w:sz w:val="17"/>
              </w:rPr>
              <w:t>Draft and coordinate workforce, family, media, website, social media, and public messages.</w:t>
            </w:r>
          </w:p>
        </w:tc>
        <w:tc>
          <w:tcPr>
            <w:tcW w:w="1944" w:type="dxa"/>
            <w:vAlign w:val="center"/>
          </w:tcPr>
          <w:p w14:paraId="063B26BE" w14:textId="77777777" w:rsidR="0094787C" w:rsidRDefault="00000000">
            <w:r>
              <w:rPr>
                <w:sz w:val="17"/>
              </w:rPr>
              <w:t>[INSERT]</w:t>
            </w:r>
          </w:p>
        </w:tc>
        <w:tc>
          <w:tcPr>
            <w:tcW w:w="1944" w:type="dxa"/>
            <w:vAlign w:val="center"/>
          </w:tcPr>
          <w:p w14:paraId="2649F6FB" w14:textId="77777777" w:rsidR="0094787C" w:rsidRDefault="00000000">
            <w:r>
              <w:rPr>
                <w:sz w:val="17"/>
              </w:rPr>
              <w:t>[INSERT]</w:t>
            </w:r>
          </w:p>
        </w:tc>
      </w:tr>
      <w:tr w:rsidR="0094787C" w14:paraId="16DDD7F8" w14:textId="77777777">
        <w:trPr>
          <w:jc w:val="center"/>
        </w:trPr>
        <w:tc>
          <w:tcPr>
            <w:tcW w:w="2232" w:type="dxa"/>
            <w:shd w:val="clear" w:color="auto" w:fill="FAFAFA"/>
            <w:vAlign w:val="center"/>
          </w:tcPr>
          <w:p w14:paraId="2A6D4A84" w14:textId="77777777" w:rsidR="0094787C" w:rsidRDefault="00000000">
            <w:r>
              <w:rPr>
                <w:sz w:val="17"/>
              </w:rPr>
              <w:t>Liaison Officer</w:t>
            </w:r>
          </w:p>
        </w:tc>
        <w:tc>
          <w:tcPr>
            <w:tcW w:w="4320" w:type="dxa"/>
            <w:shd w:val="clear" w:color="auto" w:fill="FAFAFA"/>
            <w:vAlign w:val="center"/>
          </w:tcPr>
          <w:p w14:paraId="3DD066B8" w14:textId="77777777" w:rsidR="0094787C" w:rsidRDefault="00000000">
            <w:r>
              <w:rPr>
                <w:sz w:val="17"/>
              </w:rPr>
              <w:t>Coordinate with emergency management, public health, coalition, EMS, law enforcement, and regulatory contacts.</w:t>
            </w:r>
          </w:p>
        </w:tc>
        <w:tc>
          <w:tcPr>
            <w:tcW w:w="1944" w:type="dxa"/>
            <w:shd w:val="clear" w:color="auto" w:fill="FAFAFA"/>
            <w:vAlign w:val="center"/>
          </w:tcPr>
          <w:p w14:paraId="7F018698" w14:textId="77777777" w:rsidR="0094787C" w:rsidRDefault="00000000">
            <w:r>
              <w:rPr>
                <w:sz w:val="17"/>
              </w:rPr>
              <w:t>[INSERT]</w:t>
            </w:r>
          </w:p>
        </w:tc>
        <w:tc>
          <w:tcPr>
            <w:tcW w:w="1944" w:type="dxa"/>
            <w:shd w:val="clear" w:color="auto" w:fill="FAFAFA"/>
            <w:vAlign w:val="center"/>
          </w:tcPr>
          <w:p w14:paraId="789568AE" w14:textId="77777777" w:rsidR="0094787C" w:rsidRDefault="00000000">
            <w:r>
              <w:rPr>
                <w:sz w:val="17"/>
              </w:rPr>
              <w:t>[INSERT]</w:t>
            </w:r>
          </w:p>
        </w:tc>
      </w:tr>
      <w:tr w:rsidR="0094787C" w14:paraId="062EBFD0" w14:textId="77777777">
        <w:trPr>
          <w:jc w:val="center"/>
        </w:trPr>
        <w:tc>
          <w:tcPr>
            <w:tcW w:w="2232" w:type="dxa"/>
            <w:vAlign w:val="center"/>
          </w:tcPr>
          <w:p w14:paraId="57B30934" w14:textId="77777777" w:rsidR="0094787C" w:rsidRDefault="00000000">
            <w:r>
              <w:rPr>
                <w:sz w:val="17"/>
              </w:rPr>
              <w:t>Planning / Documentation</w:t>
            </w:r>
          </w:p>
        </w:tc>
        <w:tc>
          <w:tcPr>
            <w:tcW w:w="4320" w:type="dxa"/>
            <w:vAlign w:val="center"/>
          </w:tcPr>
          <w:p w14:paraId="0A74EE01" w14:textId="77777777" w:rsidR="0094787C" w:rsidRDefault="00000000">
            <w:r>
              <w:rPr>
                <w:sz w:val="17"/>
              </w:rPr>
              <w:t>Maintain situation status, message log, contact validation evidence, and status reports.</w:t>
            </w:r>
          </w:p>
        </w:tc>
        <w:tc>
          <w:tcPr>
            <w:tcW w:w="1944" w:type="dxa"/>
            <w:vAlign w:val="center"/>
          </w:tcPr>
          <w:p w14:paraId="42DB553C" w14:textId="77777777" w:rsidR="0094787C" w:rsidRDefault="00000000">
            <w:r>
              <w:rPr>
                <w:sz w:val="17"/>
              </w:rPr>
              <w:t>[INSERT]</w:t>
            </w:r>
          </w:p>
        </w:tc>
        <w:tc>
          <w:tcPr>
            <w:tcW w:w="1944" w:type="dxa"/>
            <w:vAlign w:val="center"/>
          </w:tcPr>
          <w:p w14:paraId="7361B377" w14:textId="77777777" w:rsidR="0094787C" w:rsidRDefault="00000000">
            <w:r>
              <w:rPr>
                <w:sz w:val="17"/>
              </w:rPr>
              <w:t>[INSERT]</w:t>
            </w:r>
          </w:p>
        </w:tc>
      </w:tr>
      <w:tr w:rsidR="0094787C" w14:paraId="011A8D07" w14:textId="77777777">
        <w:trPr>
          <w:jc w:val="center"/>
        </w:trPr>
        <w:tc>
          <w:tcPr>
            <w:tcW w:w="2232" w:type="dxa"/>
            <w:shd w:val="clear" w:color="auto" w:fill="FAFAFA"/>
            <w:vAlign w:val="center"/>
          </w:tcPr>
          <w:p w14:paraId="4A815179" w14:textId="77777777" w:rsidR="0094787C" w:rsidRDefault="00000000">
            <w:r>
              <w:rPr>
                <w:sz w:val="17"/>
              </w:rPr>
              <w:lastRenderedPageBreak/>
              <w:t>Nursing / Clinical Operations</w:t>
            </w:r>
          </w:p>
        </w:tc>
        <w:tc>
          <w:tcPr>
            <w:tcW w:w="4320" w:type="dxa"/>
            <w:shd w:val="clear" w:color="auto" w:fill="FAFAFA"/>
            <w:vAlign w:val="center"/>
          </w:tcPr>
          <w:p w14:paraId="5E1F70A9" w14:textId="77777777" w:rsidR="0094787C" w:rsidRDefault="00000000">
            <w:r>
              <w:rPr>
                <w:sz w:val="17"/>
              </w:rPr>
              <w:t>Coordinate patient/resident condition, location, care continuity, unit communications, and handoff information.</w:t>
            </w:r>
          </w:p>
        </w:tc>
        <w:tc>
          <w:tcPr>
            <w:tcW w:w="1944" w:type="dxa"/>
            <w:shd w:val="clear" w:color="auto" w:fill="FAFAFA"/>
            <w:vAlign w:val="center"/>
          </w:tcPr>
          <w:p w14:paraId="7731FE33" w14:textId="77777777" w:rsidR="0094787C" w:rsidRDefault="00000000">
            <w:r>
              <w:rPr>
                <w:sz w:val="17"/>
              </w:rPr>
              <w:t>[INSERT]</w:t>
            </w:r>
          </w:p>
        </w:tc>
        <w:tc>
          <w:tcPr>
            <w:tcW w:w="1944" w:type="dxa"/>
            <w:shd w:val="clear" w:color="auto" w:fill="FAFAFA"/>
            <w:vAlign w:val="center"/>
          </w:tcPr>
          <w:p w14:paraId="53F1DF91" w14:textId="77777777" w:rsidR="0094787C" w:rsidRDefault="00000000">
            <w:r>
              <w:rPr>
                <w:sz w:val="17"/>
              </w:rPr>
              <w:t>[INSERT]</w:t>
            </w:r>
          </w:p>
        </w:tc>
      </w:tr>
      <w:tr w:rsidR="0094787C" w14:paraId="16ACB05D" w14:textId="77777777">
        <w:trPr>
          <w:jc w:val="center"/>
        </w:trPr>
        <w:tc>
          <w:tcPr>
            <w:tcW w:w="2232" w:type="dxa"/>
            <w:vAlign w:val="center"/>
          </w:tcPr>
          <w:p w14:paraId="72A106BA" w14:textId="77777777" w:rsidR="0094787C" w:rsidRDefault="00000000">
            <w:r>
              <w:rPr>
                <w:sz w:val="17"/>
              </w:rPr>
              <w:t>HIM / Medical Records</w:t>
            </w:r>
          </w:p>
        </w:tc>
        <w:tc>
          <w:tcPr>
            <w:tcW w:w="4320" w:type="dxa"/>
            <w:vAlign w:val="center"/>
          </w:tcPr>
          <w:p w14:paraId="268C0ED3" w14:textId="77777777" w:rsidR="0094787C" w:rsidRDefault="00000000">
            <w:r>
              <w:rPr>
                <w:sz w:val="17"/>
              </w:rPr>
              <w:t>Support medical documentation sharing and privacy-compliant information release.</w:t>
            </w:r>
          </w:p>
        </w:tc>
        <w:tc>
          <w:tcPr>
            <w:tcW w:w="1944" w:type="dxa"/>
            <w:vAlign w:val="center"/>
          </w:tcPr>
          <w:p w14:paraId="66218067" w14:textId="77777777" w:rsidR="0094787C" w:rsidRDefault="00000000">
            <w:r>
              <w:rPr>
                <w:sz w:val="17"/>
              </w:rPr>
              <w:t>[INSERT]</w:t>
            </w:r>
          </w:p>
        </w:tc>
        <w:tc>
          <w:tcPr>
            <w:tcW w:w="1944" w:type="dxa"/>
            <w:vAlign w:val="center"/>
          </w:tcPr>
          <w:p w14:paraId="2E47E1C3" w14:textId="77777777" w:rsidR="0094787C" w:rsidRDefault="00000000">
            <w:r>
              <w:rPr>
                <w:sz w:val="17"/>
              </w:rPr>
              <w:t>[INSERT]</w:t>
            </w:r>
          </w:p>
        </w:tc>
      </w:tr>
      <w:tr w:rsidR="0094787C" w14:paraId="516D4317" w14:textId="77777777">
        <w:trPr>
          <w:jc w:val="center"/>
        </w:trPr>
        <w:tc>
          <w:tcPr>
            <w:tcW w:w="2232" w:type="dxa"/>
            <w:shd w:val="clear" w:color="auto" w:fill="FAFAFA"/>
            <w:vAlign w:val="center"/>
          </w:tcPr>
          <w:p w14:paraId="79F68DF0" w14:textId="77777777" w:rsidR="0094787C" w:rsidRDefault="00000000">
            <w:r>
              <w:rPr>
                <w:sz w:val="17"/>
              </w:rPr>
              <w:t>IT / Telecommunications</w:t>
            </w:r>
          </w:p>
        </w:tc>
        <w:tc>
          <w:tcPr>
            <w:tcW w:w="4320" w:type="dxa"/>
            <w:shd w:val="clear" w:color="auto" w:fill="FAFAFA"/>
            <w:vAlign w:val="center"/>
          </w:tcPr>
          <w:p w14:paraId="02B02C33" w14:textId="77777777" w:rsidR="0094787C" w:rsidRDefault="00000000">
            <w:r>
              <w:rPr>
                <w:sz w:val="17"/>
              </w:rPr>
              <w:t>Maintain primary and backup systems, outage escalation, restoration, and user instructions.</w:t>
            </w:r>
          </w:p>
        </w:tc>
        <w:tc>
          <w:tcPr>
            <w:tcW w:w="1944" w:type="dxa"/>
            <w:shd w:val="clear" w:color="auto" w:fill="FAFAFA"/>
            <w:vAlign w:val="center"/>
          </w:tcPr>
          <w:p w14:paraId="3B9C4551" w14:textId="77777777" w:rsidR="0094787C" w:rsidRDefault="00000000">
            <w:r>
              <w:rPr>
                <w:sz w:val="17"/>
              </w:rPr>
              <w:t>[INSERT]</w:t>
            </w:r>
          </w:p>
        </w:tc>
        <w:tc>
          <w:tcPr>
            <w:tcW w:w="1944" w:type="dxa"/>
            <w:shd w:val="clear" w:color="auto" w:fill="FAFAFA"/>
            <w:vAlign w:val="center"/>
          </w:tcPr>
          <w:p w14:paraId="751C1562" w14:textId="77777777" w:rsidR="0094787C" w:rsidRDefault="00000000">
            <w:r>
              <w:rPr>
                <w:sz w:val="17"/>
              </w:rPr>
              <w:t>[INSERT]</w:t>
            </w:r>
          </w:p>
        </w:tc>
      </w:tr>
    </w:tbl>
    <w:p w14:paraId="67B3B82C" w14:textId="77777777" w:rsidR="0094787C" w:rsidRDefault="0094787C"/>
    <w:p w14:paraId="74AD629F" w14:textId="77777777" w:rsidR="0094787C" w:rsidRDefault="00000000">
      <w:pPr>
        <w:pStyle w:val="Heading2"/>
      </w:pPr>
      <w:r>
        <w:t>2.2 Review and Update</w:t>
      </w:r>
    </w:p>
    <w:tbl>
      <w:tblPr>
        <w:tblStyle w:val="TableGrid"/>
        <w:tblW w:w="0" w:type="auto"/>
        <w:jc w:val="center"/>
        <w:tblLook w:val="04A0" w:firstRow="1" w:lastRow="0" w:firstColumn="1" w:lastColumn="0" w:noHBand="0" w:noVBand="1"/>
      </w:tblPr>
      <w:tblGrid>
        <w:gridCol w:w="2661"/>
        <w:gridCol w:w="2662"/>
        <w:gridCol w:w="2662"/>
        <w:gridCol w:w="2661"/>
      </w:tblGrid>
      <w:tr w:rsidR="0094787C" w14:paraId="03EF13A8" w14:textId="77777777">
        <w:trPr>
          <w:jc w:val="center"/>
        </w:trPr>
        <w:tc>
          <w:tcPr>
            <w:tcW w:w="2664" w:type="dxa"/>
            <w:shd w:val="clear" w:color="auto" w:fill="1F4E78"/>
            <w:vAlign w:val="center"/>
          </w:tcPr>
          <w:p w14:paraId="3AAD6A85" w14:textId="77777777" w:rsidR="0094787C" w:rsidRDefault="00000000">
            <w:r>
              <w:rPr>
                <w:b/>
                <w:color w:val="FFFFFF"/>
                <w:sz w:val="17"/>
              </w:rPr>
              <w:t>Review trigger</w:t>
            </w:r>
          </w:p>
        </w:tc>
        <w:tc>
          <w:tcPr>
            <w:tcW w:w="2664" w:type="dxa"/>
            <w:shd w:val="clear" w:color="auto" w:fill="1F4E78"/>
            <w:vAlign w:val="center"/>
          </w:tcPr>
          <w:p w14:paraId="29DC346E" w14:textId="77777777" w:rsidR="0094787C" w:rsidRDefault="00000000">
            <w:r>
              <w:rPr>
                <w:b/>
                <w:color w:val="FFFFFF"/>
                <w:sz w:val="17"/>
              </w:rPr>
              <w:t>Hospital expectation</w:t>
            </w:r>
          </w:p>
        </w:tc>
        <w:tc>
          <w:tcPr>
            <w:tcW w:w="2664" w:type="dxa"/>
            <w:shd w:val="clear" w:color="auto" w:fill="1F4E78"/>
            <w:vAlign w:val="center"/>
          </w:tcPr>
          <w:p w14:paraId="7FD417B4" w14:textId="77777777" w:rsidR="0094787C" w:rsidRDefault="00000000">
            <w:r>
              <w:rPr>
                <w:b/>
                <w:color w:val="FFFFFF"/>
                <w:sz w:val="17"/>
              </w:rPr>
              <w:t>Long-Term Care expectation</w:t>
            </w:r>
          </w:p>
        </w:tc>
        <w:tc>
          <w:tcPr>
            <w:tcW w:w="2664" w:type="dxa"/>
            <w:shd w:val="clear" w:color="auto" w:fill="1F4E78"/>
            <w:vAlign w:val="center"/>
          </w:tcPr>
          <w:p w14:paraId="069E59FE" w14:textId="77777777" w:rsidR="0094787C" w:rsidRDefault="00000000">
            <w:r>
              <w:rPr>
                <w:b/>
                <w:color w:val="FFFFFF"/>
                <w:sz w:val="17"/>
              </w:rPr>
              <w:t>Evidence to retain</w:t>
            </w:r>
          </w:p>
        </w:tc>
      </w:tr>
      <w:tr w:rsidR="0094787C" w14:paraId="6F39191D" w14:textId="77777777">
        <w:trPr>
          <w:jc w:val="center"/>
        </w:trPr>
        <w:tc>
          <w:tcPr>
            <w:tcW w:w="2664" w:type="dxa"/>
            <w:shd w:val="clear" w:color="auto" w:fill="FAFAFA"/>
            <w:vAlign w:val="center"/>
          </w:tcPr>
          <w:p w14:paraId="05D1D838" w14:textId="77777777" w:rsidR="0094787C" w:rsidRDefault="00000000">
            <w:r>
              <w:rPr>
                <w:sz w:val="17"/>
              </w:rPr>
              <w:t>Scheduled program review</w:t>
            </w:r>
          </w:p>
        </w:tc>
        <w:tc>
          <w:tcPr>
            <w:tcW w:w="2664" w:type="dxa"/>
            <w:shd w:val="clear" w:color="auto" w:fill="FAFAFA"/>
            <w:vAlign w:val="center"/>
          </w:tcPr>
          <w:p w14:paraId="5E609B0F" w14:textId="77777777" w:rsidR="0094787C" w:rsidRDefault="00000000">
            <w:r>
              <w:rPr>
                <w:sz w:val="17"/>
              </w:rPr>
              <w:t>At least every two years</w:t>
            </w:r>
          </w:p>
        </w:tc>
        <w:tc>
          <w:tcPr>
            <w:tcW w:w="2664" w:type="dxa"/>
            <w:shd w:val="clear" w:color="auto" w:fill="FAFAFA"/>
            <w:vAlign w:val="center"/>
          </w:tcPr>
          <w:p w14:paraId="3B296990" w14:textId="77777777" w:rsidR="0094787C" w:rsidRDefault="00000000">
            <w:r>
              <w:rPr>
                <w:sz w:val="17"/>
              </w:rPr>
              <w:t>At least annually</w:t>
            </w:r>
          </w:p>
        </w:tc>
        <w:tc>
          <w:tcPr>
            <w:tcW w:w="2664" w:type="dxa"/>
            <w:shd w:val="clear" w:color="auto" w:fill="FAFAFA"/>
            <w:vAlign w:val="center"/>
          </w:tcPr>
          <w:p w14:paraId="3EC38E5B" w14:textId="77777777" w:rsidR="0094787C" w:rsidRDefault="00000000">
            <w:r>
              <w:rPr>
                <w:sz w:val="17"/>
              </w:rPr>
              <w:t>Dated review record, approved revision, meeting minutes</w:t>
            </w:r>
          </w:p>
        </w:tc>
      </w:tr>
      <w:tr w:rsidR="0094787C" w14:paraId="6821C743" w14:textId="77777777">
        <w:trPr>
          <w:jc w:val="center"/>
        </w:trPr>
        <w:tc>
          <w:tcPr>
            <w:tcW w:w="2664" w:type="dxa"/>
            <w:vAlign w:val="center"/>
          </w:tcPr>
          <w:p w14:paraId="7C85687D" w14:textId="77777777" w:rsidR="0094787C" w:rsidRDefault="00000000">
            <w:r>
              <w:rPr>
                <w:sz w:val="17"/>
              </w:rPr>
              <w:t>Actual emergency or exercise</w:t>
            </w:r>
          </w:p>
        </w:tc>
        <w:tc>
          <w:tcPr>
            <w:tcW w:w="2664" w:type="dxa"/>
            <w:vAlign w:val="center"/>
          </w:tcPr>
          <w:p w14:paraId="25068676" w14:textId="77777777" w:rsidR="0094787C" w:rsidRDefault="00000000">
            <w:r>
              <w:rPr>
                <w:sz w:val="17"/>
              </w:rPr>
              <w:t>Review when communication gaps or corrective actions are identified</w:t>
            </w:r>
          </w:p>
        </w:tc>
        <w:tc>
          <w:tcPr>
            <w:tcW w:w="2664" w:type="dxa"/>
            <w:vAlign w:val="center"/>
          </w:tcPr>
          <w:p w14:paraId="06612ADF" w14:textId="77777777" w:rsidR="0094787C" w:rsidRDefault="00000000">
            <w:r>
              <w:rPr>
                <w:sz w:val="17"/>
              </w:rPr>
              <w:t>Review when communication gaps or corrective actions are identified</w:t>
            </w:r>
          </w:p>
        </w:tc>
        <w:tc>
          <w:tcPr>
            <w:tcW w:w="2664" w:type="dxa"/>
            <w:vAlign w:val="center"/>
          </w:tcPr>
          <w:p w14:paraId="58B663DC" w14:textId="77777777" w:rsidR="0094787C" w:rsidRDefault="00000000">
            <w:r>
              <w:rPr>
                <w:sz w:val="17"/>
              </w:rPr>
              <w:t>AAR/IP, message log, corrective-action tracker</w:t>
            </w:r>
          </w:p>
        </w:tc>
      </w:tr>
      <w:tr w:rsidR="0094787C" w14:paraId="51E5354B" w14:textId="77777777">
        <w:trPr>
          <w:jc w:val="center"/>
        </w:trPr>
        <w:tc>
          <w:tcPr>
            <w:tcW w:w="2664" w:type="dxa"/>
            <w:shd w:val="clear" w:color="auto" w:fill="FAFAFA"/>
            <w:vAlign w:val="center"/>
          </w:tcPr>
          <w:p w14:paraId="72E63518" w14:textId="77777777" w:rsidR="0094787C" w:rsidRDefault="00000000">
            <w:r>
              <w:rPr>
                <w:sz w:val="17"/>
              </w:rPr>
              <w:t>Material change</w:t>
            </w:r>
          </w:p>
        </w:tc>
        <w:tc>
          <w:tcPr>
            <w:tcW w:w="2664" w:type="dxa"/>
            <w:shd w:val="clear" w:color="auto" w:fill="FAFAFA"/>
            <w:vAlign w:val="center"/>
          </w:tcPr>
          <w:p w14:paraId="048FDF2C" w14:textId="77777777" w:rsidR="0094787C" w:rsidRDefault="00000000">
            <w:r>
              <w:rPr>
                <w:sz w:val="17"/>
              </w:rPr>
              <w:t>Review after change in services, vendors, technology, site risk, leadership, contact directory, or community process</w:t>
            </w:r>
          </w:p>
        </w:tc>
        <w:tc>
          <w:tcPr>
            <w:tcW w:w="2664" w:type="dxa"/>
            <w:shd w:val="clear" w:color="auto" w:fill="FAFAFA"/>
            <w:vAlign w:val="center"/>
          </w:tcPr>
          <w:p w14:paraId="1E713B6E" w14:textId="77777777" w:rsidR="0094787C" w:rsidRDefault="00000000">
            <w:r>
              <w:rPr>
                <w:sz w:val="17"/>
              </w:rPr>
              <w:t>Review after change in services, vendors, technology, site risk, leadership, contact directory, or community process</w:t>
            </w:r>
          </w:p>
        </w:tc>
        <w:tc>
          <w:tcPr>
            <w:tcW w:w="2664" w:type="dxa"/>
            <w:shd w:val="clear" w:color="auto" w:fill="FAFAFA"/>
            <w:vAlign w:val="center"/>
          </w:tcPr>
          <w:p w14:paraId="7901B762" w14:textId="77777777" w:rsidR="0094787C" w:rsidRDefault="00000000">
            <w:r>
              <w:rPr>
                <w:sz w:val="17"/>
              </w:rPr>
              <w:t>Change summary and approval record</w:t>
            </w:r>
          </w:p>
        </w:tc>
      </w:tr>
    </w:tbl>
    <w:p w14:paraId="613A607A" w14:textId="77777777" w:rsidR="0094787C" w:rsidRDefault="0094787C"/>
    <w:p w14:paraId="1794072F" w14:textId="77777777" w:rsidR="0094787C" w:rsidRDefault="00000000">
      <w:pPr>
        <w:pStyle w:val="Heading1"/>
      </w:pPr>
      <w:r>
        <w:t>SECTION 3  ACTIVATION LEVELS, NOTIFICATION TRIGGERS, AND OBJECTIVES</w:t>
      </w:r>
    </w:p>
    <w:p w14:paraId="24E447E7" w14:textId="77777777" w:rsidR="0094787C" w:rsidRDefault="00000000">
      <w:pPr>
        <w:pStyle w:val="Heading2"/>
      </w:pPr>
      <w:r>
        <w:t>3.1 Communication Objectives</w:t>
      </w:r>
    </w:p>
    <w:p w14:paraId="64A73ABD" w14:textId="77777777" w:rsidR="0094787C" w:rsidRDefault="00000000">
      <w:pPr>
        <w:pStyle w:val="ListBullet"/>
      </w:pPr>
      <w:r>
        <w:t>Rapidly notify staff and leadership of hazards, protective actions, operational changes, and reporting instructions.</w:t>
      </w:r>
    </w:p>
    <w:p w14:paraId="7E854BFC" w14:textId="77777777" w:rsidR="0094787C" w:rsidRDefault="00000000">
      <w:pPr>
        <w:pStyle w:val="ListBullet"/>
      </w:pPr>
      <w:r>
        <w:t>Maintain redundant internal and external communication when routine systems are degraded or unavailable.</w:t>
      </w:r>
    </w:p>
    <w:p w14:paraId="5AC0EEE4" w14:textId="77777777" w:rsidR="0094787C" w:rsidRDefault="00000000">
      <w:pPr>
        <w:pStyle w:val="ListBullet"/>
      </w:pPr>
      <w:r>
        <w:t>Share patient/resident information and medical documentation with receiving providers as necessary for continuity of care.</w:t>
      </w:r>
    </w:p>
    <w:p w14:paraId="369993D8" w14:textId="77777777" w:rsidR="0094787C" w:rsidRDefault="00000000">
      <w:pPr>
        <w:pStyle w:val="ListBullet"/>
      </w:pPr>
      <w:r>
        <w:t>Provide timely, approved, accessible information to patients/residents, families, representatives, staff, partners, and authorities.</w:t>
      </w:r>
    </w:p>
    <w:p w14:paraId="3CC99857" w14:textId="77777777" w:rsidR="0094787C" w:rsidRDefault="00000000">
      <w:pPr>
        <w:pStyle w:val="ListBullet"/>
      </w:pPr>
      <w:r>
        <w:t>Document occupancy, needs, operational status, resource requests, decisions, messages, approvals, and follow-up actions.</w:t>
      </w:r>
    </w:p>
    <w:p w14:paraId="1CE61767" w14:textId="77777777" w:rsidR="0094787C" w:rsidRDefault="00000000">
      <w:pPr>
        <w:pStyle w:val="Heading2"/>
      </w:pPr>
      <w:r>
        <w:t>3.2 Activation and Notification Triggers</w:t>
      </w:r>
    </w:p>
    <w:tbl>
      <w:tblPr>
        <w:tblStyle w:val="TableGrid"/>
        <w:tblW w:w="0" w:type="auto"/>
        <w:jc w:val="center"/>
        <w:tblLook w:val="04A0" w:firstRow="1" w:lastRow="0" w:firstColumn="1" w:lastColumn="0" w:noHBand="0" w:noVBand="1"/>
      </w:tblPr>
      <w:tblGrid>
        <w:gridCol w:w="3549"/>
        <w:gridCol w:w="3549"/>
        <w:gridCol w:w="3548"/>
      </w:tblGrid>
      <w:tr w:rsidR="0094787C" w14:paraId="3E8E26D8" w14:textId="77777777">
        <w:trPr>
          <w:jc w:val="center"/>
        </w:trPr>
        <w:tc>
          <w:tcPr>
            <w:tcW w:w="3552" w:type="dxa"/>
            <w:shd w:val="clear" w:color="auto" w:fill="1F4E78"/>
            <w:vAlign w:val="center"/>
          </w:tcPr>
          <w:p w14:paraId="421C7D12" w14:textId="77777777" w:rsidR="0094787C" w:rsidRDefault="00000000">
            <w:r>
              <w:rPr>
                <w:b/>
                <w:color w:val="FFFFFF"/>
                <w:sz w:val="17"/>
              </w:rPr>
              <w:t>Trigger</w:t>
            </w:r>
          </w:p>
        </w:tc>
        <w:tc>
          <w:tcPr>
            <w:tcW w:w="3552" w:type="dxa"/>
            <w:shd w:val="clear" w:color="auto" w:fill="1F4E78"/>
            <w:vAlign w:val="center"/>
          </w:tcPr>
          <w:p w14:paraId="59F6ED49" w14:textId="77777777" w:rsidR="0094787C" w:rsidRDefault="00000000">
            <w:r>
              <w:rPr>
                <w:b/>
                <w:color w:val="FFFFFF"/>
                <w:sz w:val="17"/>
              </w:rPr>
              <w:t>Initial communications action</w:t>
            </w:r>
          </w:p>
        </w:tc>
        <w:tc>
          <w:tcPr>
            <w:tcW w:w="3552" w:type="dxa"/>
            <w:shd w:val="clear" w:color="auto" w:fill="1F4E78"/>
            <w:vAlign w:val="center"/>
          </w:tcPr>
          <w:p w14:paraId="70F9E9E0" w14:textId="77777777" w:rsidR="0094787C" w:rsidRDefault="00000000">
            <w:r>
              <w:rPr>
                <w:b/>
                <w:color w:val="FFFFFF"/>
                <w:sz w:val="17"/>
              </w:rPr>
              <w:t>Who approves / coordinates</w:t>
            </w:r>
          </w:p>
        </w:tc>
      </w:tr>
      <w:tr w:rsidR="0094787C" w14:paraId="7A400E3D" w14:textId="77777777">
        <w:trPr>
          <w:jc w:val="center"/>
        </w:trPr>
        <w:tc>
          <w:tcPr>
            <w:tcW w:w="3552" w:type="dxa"/>
            <w:shd w:val="clear" w:color="auto" w:fill="FAFAFA"/>
            <w:vAlign w:val="center"/>
          </w:tcPr>
          <w:p w14:paraId="6E74F8AB" w14:textId="77777777" w:rsidR="0094787C" w:rsidRDefault="00000000">
            <w:r>
              <w:rPr>
                <w:sz w:val="17"/>
              </w:rPr>
              <w:t>Actual or threatened evacuation, shelter-in-place, lockdown, or facility closure</w:t>
            </w:r>
          </w:p>
        </w:tc>
        <w:tc>
          <w:tcPr>
            <w:tcW w:w="3552" w:type="dxa"/>
            <w:shd w:val="clear" w:color="auto" w:fill="FAFAFA"/>
            <w:vAlign w:val="center"/>
          </w:tcPr>
          <w:p w14:paraId="1874ADE9" w14:textId="77777777" w:rsidR="0094787C" w:rsidRDefault="00000000">
            <w:r>
              <w:rPr>
                <w:sz w:val="17"/>
              </w:rPr>
              <w:t>Notify command leadership, affected departments, receiving partners, emergency management, and families/representatives as appropriate.</w:t>
            </w:r>
          </w:p>
        </w:tc>
        <w:tc>
          <w:tcPr>
            <w:tcW w:w="3552" w:type="dxa"/>
            <w:shd w:val="clear" w:color="auto" w:fill="FAFAFA"/>
            <w:vAlign w:val="center"/>
          </w:tcPr>
          <w:p w14:paraId="4F408BCD" w14:textId="77777777" w:rsidR="0094787C" w:rsidRDefault="00000000">
            <w:r>
              <w:rPr>
                <w:sz w:val="17"/>
              </w:rPr>
              <w:t>[INSERT]</w:t>
            </w:r>
          </w:p>
        </w:tc>
      </w:tr>
      <w:tr w:rsidR="0094787C" w14:paraId="661D8CC5" w14:textId="77777777">
        <w:trPr>
          <w:jc w:val="center"/>
        </w:trPr>
        <w:tc>
          <w:tcPr>
            <w:tcW w:w="3552" w:type="dxa"/>
            <w:vAlign w:val="center"/>
          </w:tcPr>
          <w:p w14:paraId="066F210A" w14:textId="77777777" w:rsidR="0094787C" w:rsidRDefault="00000000">
            <w:r>
              <w:rPr>
                <w:sz w:val="17"/>
              </w:rPr>
              <w:t>Utility, IT, telephone, cellular, internet, EHR, or radio outage</w:t>
            </w:r>
          </w:p>
        </w:tc>
        <w:tc>
          <w:tcPr>
            <w:tcW w:w="3552" w:type="dxa"/>
            <w:vAlign w:val="center"/>
          </w:tcPr>
          <w:p w14:paraId="70533F3E" w14:textId="77777777" w:rsidR="0094787C" w:rsidRDefault="00000000">
            <w:r>
              <w:rPr>
                <w:sz w:val="17"/>
              </w:rPr>
              <w:t>Activate redundant communications, downtime instructions, status boards, runners, and restoration updates.</w:t>
            </w:r>
          </w:p>
        </w:tc>
        <w:tc>
          <w:tcPr>
            <w:tcW w:w="3552" w:type="dxa"/>
            <w:vAlign w:val="center"/>
          </w:tcPr>
          <w:p w14:paraId="44AE19B8" w14:textId="77777777" w:rsidR="0094787C" w:rsidRDefault="00000000">
            <w:r>
              <w:rPr>
                <w:sz w:val="17"/>
              </w:rPr>
              <w:t>[INSERT]</w:t>
            </w:r>
          </w:p>
        </w:tc>
      </w:tr>
      <w:tr w:rsidR="0094787C" w14:paraId="27F51A2F" w14:textId="77777777">
        <w:trPr>
          <w:jc w:val="center"/>
        </w:trPr>
        <w:tc>
          <w:tcPr>
            <w:tcW w:w="3552" w:type="dxa"/>
            <w:shd w:val="clear" w:color="auto" w:fill="FAFAFA"/>
            <w:vAlign w:val="center"/>
          </w:tcPr>
          <w:p w14:paraId="16AE551C" w14:textId="77777777" w:rsidR="0094787C" w:rsidRDefault="00000000">
            <w:r>
              <w:rPr>
                <w:sz w:val="17"/>
              </w:rPr>
              <w:t>Mass casualty, surge, infectious disease, staffing emergency, or supply interruption</w:t>
            </w:r>
          </w:p>
        </w:tc>
        <w:tc>
          <w:tcPr>
            <w:tcW w:w="3552" w:type="dxa"/>
            <w:shd w:val="clear" w:color="auto" w:fill="FAFAFA"/>
            <w:vAlign w:val="center"/>
          </w:tcPr>
          <w:p w14:paraId="3903CA18" w14:textId="77777777" w:rsidR="0094787C" w:rsidRDefault="00000000">
            <w:r>
              <w:rPr>
                <w:sz w:val="17"/>
              </w:rPr>
              <w:t>Issue internal operational guidance, status reporting, resource requests, and stakeholder updates.</w:t>
            </w:r>
          </w:p>
        </w:tc>
        <w:tc>
          <w:tcPr>
            <w:tcW w:w="3552" w:type="dxa"/>
            <w:shd w:val="clear" w:color="auto" w:fill="FAFAFA"/>
            <w:vAlign w:val="center"/>
          </w:tcPr>
          <w:p w14:paraId="616CDA07" w14:textId="77777777" w:rsidR="0094787C" w:rsidRDefault="00000000">
            <w:r>
              <w:rPr>
                <w:sz w:val="17"/>
              </w:rPr>
              <w:t>[INSERT]</w:t>
            </w:r>
          </w:p>
        </w:tc>
      </w:tr>
      <w:tr w:rsidR="0094787C" w14:paraId="6890E110" w14:textId="77777777">
        <w:trPr>
          <w:jc w:val="center"/>
        </w:trPr>
        <w:tc>
          <w:tcPr>
            <w:tcW w:w="3552" w:type="dxa"/>
            <w:vAlign w:val="center"/>
          </w:tcPr>
          <w:p w14:paraId="00FA362C" w14:textId="77777777" w:rsidR="0094787C" w:rsidRDefault="00000000">
            <w:r>
              <w:rPr>
                <w:sz w:val="17"/>
              </w:rPr>
              <w:t>Missing resident/patient, elopement risk, security threat, workplace violence, or active assailant</w:t>
            </w:r>
          </w:p>
        </w:tc>
        <w:tc>
          <w:tcPr>
            <w:tcW w:w="3552" w:type="dxa"/>
            <w:vAlign w:val="center"/>
          </w:tcPr>
          <w:p w14:paraId="19FCF933" w14:textId="77777777" w:rsidR="0094787C" w:rsidRDefault="00000000">
            <w:r>
              <w:rPr>
                <w:sz w:val="17"/>
              </w:rPr>
              <w:t>Activate law enforcement/security notifications, protective action messaging, and controlled updates.</w:t>
            </w:r>
          </w:p>
        </w:tc>
        <w:tc>
          <w:tcPr>
            <w:tcW w:w="3552" w:type="dxa"/>
            <w:vAlign w:val="center"/>
          </w:tcPr>
          <w:p w14:paraId="18F0CA62" w14:textId="77777777" w:rsidR="0094787C" w:rsidRDefault="00000000">
            <w:r>
              <w:rPr>
                <w:sz w:val="17"/>
              </w:rPr>
              <w:t>[INSERT]</w:t>
            </w:r>
          </w:p>
        </w:tc>
      </w:tr>
      <w:tr w:rsidR="0094787C" w14:paraId="3ED74367" w14:textId="77777777">
        <w:trPr>
          <w:jc w:val="center"/>
        </w:trPr>
        <w:tc>
          <w:tcPr>
            <w:tcW w:w="3552" w:type="dxa"/>
            <w:shd w:val="clear" w:color="auto" w:fill="FAFAFA"/>
            <w:vAlign w:val="center"/>
          </w:tcPr>
          <w:p w14:paraId="191701A3" w14:textId="77777777" w:rsidR="0094787C" w:rsidRDefault="00000000">
            <w:r>
              <w:rPr>
                <w:sz w:val="17"/>
              </w:rPr>
              <w:t>Severe weather, wildfire smoke, flood, hazardous materials, cyberattack, or community emergency</w:t>
            </w:r>
          </w:p>
        </w:tc>
        <w:tc>
          <w:tcPr>
            <w:tcW w:w="3552" w:type="dxa"/>
            <w:shd w:val="clear" w:color="auto" w:fill="FAFAFA"/>
            <w:vAlign w:val="center"/>
          </w:tcPr>
          <w:p w14:paraId="22A68BB4" w14:textId="77777777" w:rsidR="0094787C" w:rsidRDefault="00000000">
            <w:r>
              <w:rPr>
                <w:sz w:val="17"/>
              </w:rPr>
              <w:t>Begin monitoring, leadership briefings, staff alerts, public/family messaging, and jurisdictional reporting.</w:t>
            </w:r>
          </w:p>
        </w:tc>
        <w:tc>
          <w:tcPr>
            <w:tcW w:w="3552" w:type="dxa"/>
            <w:shd w:val="clear" w:color="auto" w:fill="FAFAFA"/>
            <w:vAlign w:val="center"/>
          </w:tcPr>
          <w:p w14:paraId="6A4A48C9" w14:textId="77777777" w:rsidR="0094787C" w:rsidRDefault="00000000">
            <w:r>
              <w:rPr>
                <w:sz w:val="17"/>
              </w:rPr>
              <w:t>[INSERT]</w:t>
            </w:r>
          </w:p>
        </w:tc>
      </w:tr>
    </w:tbl>
    <w:p w14:paraId="63418DF9" w14:textId="77777777" w:rsidR="0094787C" w:rsidRDefault="0094787C"/>
    <w:p w14:paraId="64F07534" w14:textId="77777777" w:rsidR="0094787C" w:rsidRDefault="00000000">
      <w:pPr>
        <w:pStyle w:val="Heading1"/>
      </w:pPr>
      <w:r>
        <w:lastRenderedPageBreak/>
        <w:t>SECTION 4  REQUIRED CONTACT DIRECTORIES</w:t>
      </w:r>
    </w:p>
    <w:p w14:paraId="77CD2D5F" w14:textId="77777777" w:rsidR="0094787C" w:rsidRDefault="00000000">
      <w:r>
        <w:rPr>
          <w:b/>
          <w:color w:val="C65911"/>
        </w:rPr>
        <w:t>[Maintain current rosters separately if the roster is too large for the plan. Insert the storage location and validation schedule.]</w:t>
      </w:r>
    </w:p>
    <w:p w14:paraId="15527B6B" w14:textId="77777777" w:rsidR="0094787C" w:rsidRDefault="00000000">
      <w:pPr>
        <w:pStyle w:val="Heading2"/>
      </w:pPr>
      <w:r>
        <w:t>4.1 Contact Directory Requirements</w:t>
      </w:r>
    </w:p>
    <w:tbl>
      <w:tblPr>
        <w:tblStyle w:val="TableGrid"/>
        <w:tblW w:w="0" w:type="auto"/>
        <w:jc w:val="center"/>
        <w:tblLook w:val="04A0" w:firstRow="1" w:lastRow="0" w:firstColumn="1" w:lastColumn="0" w:noHBand="0" w:noVBand="1"/>
      </w:tblPr>
      <w:tblGrid>
        <w:gridCol w:w="2016"/>
        <w:gridCol w:w="3888"/>
        <w:gridCol w:w="1728"/>
        <w:gridCol w:w="1584"/>
        <w:gridCol w:w="1296"/>
      </w:tblGrid>
      <w:tr w:rsidR="0094787C" w14:paraId="3527E0E7" w14:textId="77777777">
        <w:trPr>
          <w:jc w:val="center"/>
        </w:trPr>
        <w:tc>
          <w:tcPr>
            <w:tcW w:w="2016" w:type="dxa"/>
            <w:shd w:val="clear" w:color="auto" w:fill="1F4E78"/>
            <w:vAlign w:val="center"/>
          </w:tcPr>
          <w:p w14:paraId="18556C8C" w14:textId="77777777" w:rsidR="0094787C" w:rsidRDefault="00000000">
            <w:r>
              <w:rPr>
                <w:b/>
                <w:color w:val="FFFFFF"/>
                <w:sz w:val="17"/>
              </w:rPr>
              <w:t>Contact group</w:t>
            </w:r>
          </w:p>
        </w:tc>
        <w:tc>
          <w:tcPr>
            <w:tcW w:w="3888" w:type="dxa"/>
            <w:shd w:val="clear" w:color="auto" w:fill="1F4E78"/>
            <w:vAlign w:val="center"/>
          </w:tcPr>
          <w:p w14:paraId="203204F0" w14:textId="77777777" w:rsidR="0094787C" w:rsidRDefault="00000000">
            <w:r>
              <w:rPr>
                <w:b/>
                <w:color w:val="FFFFFF"/>
                <w:sz w:val="17"/>
              </w:rPr>
              <w:t>Examples to include</w:t>
            </w:r>
          </w:p>
        </w:tc>
        <w:tc>
          <w:tcPr>
            <w:tcW w:w="1728" w:type="dxa"/>
            <w:shd w:val="clear" w:color="auto" w:fill="1F4E78"/>
            <w:vAlign w:val="center"/>
          </w:tcPr>
          <w:p w14:paraId="39F42901" w14:textId="77777777" w:rsidR="0094787C" w:rsidRDefault="00000000">
            <w:r>
              <w:rPr>
                <w:b/>
                <w:color w:val="FFFFFF"/>
                <w:sz w:val="17"/>
              </w:rPr>
              <w:t>Roster location</w:t>
            </w:r>
          </w:p>
        </w:tc>
        <w:tc>
          <w:tcPr>
            <w:tcW w:w="1584" w:type="dxa"/>
            <w:shd w:val="clear" w:color="auto" w:fill="1F4E78"/>
            <w:vAlign w:val="center"/>
          </w:tcPr>
          <w:p w14:paraId="66D5DF95" w14:textId="77777777" w:rsidR="0094787C" w:rsidRDefault="00000000">
            <w:r>
              <w:rPr>
                <w:b/>
                <w:color w:val="FFFFFF"/>
                <w:sz w:val="17"/>
              </w:rPr>
              <w:t>Validation frequency</w:t>
            </w:r>
          </w:p>
        </w:tc>
        <w:tc>
          <w:tcPr>
            <w:tcW w:w="1296" w:type="dxa"/>
            <w:shd w:val="clear" w:color="auto" w:fill="1F4E78"/>
            <w:vAlign w:val="center"/>
          </w:tcPr>
          <w:p w14:paraId="35EF3743" w14:textId="77777777" w:rsidR="0094787C" w:rsidRDefault="00000000">
            <w:r>
              <w:rPr>
                <w:b/>
                <w:color w:val="FFFFFF"/>
                <w:sz w:val="17"/>
              </w:rPr>
              <w:t>Owner</w:t>
            </w:r>
          </w:p>
        </w:tc>
      </w:tr>
      <w:tr w:rsidR="0094787C" w14:paraId="6BD6371B" w14:textId="77777777">
        <w:trPr>
          <w:jc w:val="center"/>
        </w:trPr>
        <w:tc>
          <w:tcPr>
            <w:tcW w:w="2016" w:type="dxa"/>
            <w:shd w:val="clear" w:color="auto" w:fill="FAFAFA"/>
            <w:vAlign w:val="center"/>
          </w:tcPr>
          <w:p w14:paraId="55EBD668" w14:textId="77777777" w:rsidR="0094787C" w:rsidRDefault="00000000">
            <w:r>
              <w:rPr>
                <w:sz w:val="17"/>
              </w:rPr>
              <w:t>Workforce</w:t>
            </w:r>
          </w:p>
        </w:tc>
        <w:tc>
          <w:tcPr>
            <w:tcW w:w="3888" w:type="dxa"/>
            <w:shd w:val="clear" w:color="auto" w:fill="FAFAFA"/>
            <w:vAlign w:val="center"/>
          </w:tcPr>
          <w:p w14:paraId="538D417A" w14:textId="77777777" w:rsidR="0094787C" w:rsidRDefault="00000000">
            <w:r>
              <w:rPr>
                <w:sz w:val="17"/>
              </w:rPr>
              <w:t>Employees, agency staff, medical staff, contractors, volunteers, department leaders, labor pool</w:t>
            </w:r>
          </w:p>
        </w:tc>
        <w:tc>
          <w:tcPr>
            <w:tcW w:w="1728" w:type="dxa"/>
            <w:shd w:val="clear" w:color="auto" w:fill="FAFAFA"/>
            <w:vAlign w:val="center"/>
          </w:tcPr>
          <w:p w14:paraId="6D15BC29" w14:textId="77777777" w:rsidR="0094787C" w:rsidRDefault="00000000">
            <w:r>
              <w:rPr>
                <w:sz w:val="17"/>
              </w:rPr>
              <w:t>[INSERT]</w:t>
            </w:r>
          </w:p>
        </w:tc>
        <w:tc>
          <w:tcPr>
            <w:tcW w:w="1584" w:type="dxa"/>
            <w:shd w:val="clear" w:color="auto" w:fill="FAFAFA"/>
            <w:vAlign w:val="center"/>
          </w:tcPr>
          <w:p w14:paraId="75E05EBD" w14:textId="77777777" w:rsidR="0094787C" w:rsidRDefault="00000000">
            <w:r>
              <w:rPr>
                <w:sz w:val="17"/>
              </w:rPr>
              <w:t>[INSERT]</w:t>
            </w:r>
          </w:p>
        </w:tc>
        <w:tc>
          <w:tcPr>
            <w:tcW w:w="1296" w:type="dxa"/>
            <w:shd w:val="clear" w:color="auto" w:fill="FAFAFA"/>
            <w:vAlign w:val="center"/>
          </w:tcPr>
          <w:p w14:paraId="3B9F5D97" w14:textId="77777777" w:rsidR="0094787C" w:rsidRDefault="00000000">
            <w:r>
              <w:rPr>
                <w:sz w:val="17"/>
              </w:rPr>
              <w:t>[INSERT]</w:t>
            </w:r>
          </w:p>
        </w:tc>
      </w:tr>
      <w:tr w:rsidR="0094787C" w14:paraId="15DDD96C" w14:textId="77777777">
        <w:trPr>
          <w:jc w:val="center"/>
        </w:trPr>
        <w:tc>
          <w:tcPr>
            <w:tcW w:w="2016" w:type="dxa"/>
            <w:vAlign w:val="center"/>
          </w:tcPr>
          <w:p w14:paraId="140CEB11" w14:textId="77777777" w:rsidR="0094787C" w:rsidRDefault="00000000">
            <w:r>
              <w:rPr>
                <w:sz w:val="17"/>
              </w:rPr>
              <w:t>Patients / residents / representatives</w:t>
            </w:r>
          </w:p>
        </w:tc>
        <w:tc>
          <w:tcPr>
            <w:tcW w:w="3888" w:type="dxa"/>
            <w:vAlign w:val="center"/>
          </w:tcPr>
          <w:p w14:paraId="4EA2A026" w14:textId="77777777" w:rsidR="0094787C" w:rsidRDefault="00000000">
            <w:r>
              <w:rPr>
                <w:sz w:val="17"/>
              </w:rPr>
              <w:t>Responsible party, emergency contact, language/access needs, resident physician</w:t>
            </w:r>
          </w:p>
        </w:tc>
        <w:tc>
          <w:tcPr>
            <w:tcW w:w="1728" w:type="dxa"/>
            <w:vAlign w:val="center"/>
          </w:tcPr>
          <w:p w14:paraId="4FE6BBC1" w14:textId="77777777" w:rsidR="0094787C" w:rsidRDefault="00000000">
            <w:r>
              <w:rPr>
                <w:sz w:val="17"/>
              </w:rPr>
              <w:t>[INSERT]</w:t>
            </w:r>
          </w:p>
        </w:tc>
        <w:tc>
          <w:tcPr>
            <w:tcW w:w="1584" w:type="dxa"/>
            <w:vAlign w:val="center"/>
          </w:tcPr>
          <w:p w14:paraId="61BDAECE" w14:textId="77777777" w:rsidR="0094787C" w:rsidRDefault="00000000">
            <w:r>
              <w:rPr>
                <w:sz w:val="17"/>
              </w:rPr>
              <w:t>[INSERT]</w:t>
            </w:r>
          </w:p>
        </w:tc>
        <w:tc>
          <w:tcPr>
            <w:tcW w:w="1296" w:type="dxa"/>
            <w:vAlign w:val="center"/>
          </w:tcPr>
          <w:p w14:paraId="44E810EB" w14:textId="77777777" w:rsidR="0094787C" w:rsidRDefault="00000000">
            <w:r>
              <w:rPr>
                <w:sz w:val="17"/>
              </w:rPr>
              <w:t>[INSERT]</w:t>
            </w:r>
          </w:p>
        </w:tc>
      </w:tr>
      <w:tr w:rsidR="0094787C" w14:paraId="216626A9" w14:textId="77777777">
        <w:trPr>
          <w:jc w:val="center"/>
        </w:trPr>
        <w:tc>
          <w:tcPr>
            <w:tcW w:w="2016" w:type="dxa"/>
            <w:shd w:val="clear" w:color="auto" w:fill="FAFAFA"/>
            <w:vAlign w:val="center"/>
          </w:tcPr>
          <w:p w14:paraId="7AEAB3BC" w14:textId="77777777" w:rsidR="0094787C" w:rsidRDefault="00000000">
            <w:r>
              <w:rPr>
                <w:sz w:val="17"/>
              </w:rPr>
              <w:t>Clinical partners</w:t>
            </w:r>
          </w:p>
        </w:tc>
        <w:tc>
          <w:tcPr>
            <w:tcW w:w="3888" w:type="dxa"/>
            <w:shd w:val="clear" w:color="auto" w:fill="FAFAFA"/>
            <w:vAlign w:val="center"/>
          </w:tcPr>
          <w:p w14:paraId="18FE39A5" w14:textId="77777777" w:rsidR="0094787C" w:rsidRDefault="00000000">
            <w:r>
              <w:rPr>
                <w:sz w:val="17"/>
              </w:rPr>
              <w:t>Hospitals, CAHs, LTC facilities, dialysis, hospice, home health, behavioral health, pharmacy, laboratory, oxygen, transport</w:t>
            </w:r>
          </w:p>
        </w:tc>
        <w:tc>
          <w:tcPr>
            <w:tcW w:w="1728" w:type="dxa"/>
            <w:shd w:val="clear" w:color="auto" w:fill="FAFAFA"/>
            <w:vAlign w:val="center"/>
          </w:tcPr>
          <w:p w14:paraId="6BF63CA4" w14:textId="77777777" w:rsidR="0094787C" w:rsidRDefault="00000000">
            <w:r>
              <w:rPr>
                <w:sz w:val="17"/>
              </w:rPr>
              <w:t>[INSERT]</w:t>
            </w:r>
          </w:p>
        </w:tc>
        <w:tc>
          <w:tcPr>
            <w:tcW w:w="1584" w:type="dxa"/>
            <w:shd w:val="clear" w:color="auto" w:fill="FAFAFA"/>
            <w:vAlign w:val="center"/>
          </w:tcPr>
          <w:p w14:paraId="60814747" w14:textId="77777777" w:rsidR="0094787C" w:rsidRDefault="00000000">
            <w:r>
              <w:rPr>
                <w:sz w:val="17"/>
              </w:rPr>
              <w:t>[INSERT]</w:t>
            </w:r>
          </w:p>
        </w:tc>
        <w:tc>
          <w:tcPr>
            <w:tcW w:w="1296" w:type="dxa"/>
            <w:shd w:val="clear" w:color="auto" w:fill="FAFAFA"/>
            <w:vAlign w:val="center"/>
          </w:tcPr>
          <w:p w14:paraId="5A98579E" w14:textId="77777777" w:rsidR="0094787C" w:rsidRDefault="00000000">
            <w:r>
              <w:rPr>
                <w:sz w:val="17"/>
              </w:rPr>
              <w:t>[INSERT]</w:t>
            </w:r>
          </w:p>
        </w:tc>
      </w:tr>
      <w:tr w:rsidR="0094787C" w14:paraId="2E173951" w14:textId="77777777">
        <w:trPr>
          <w:jc w:val="center"/>
        </w:trPr>
        <w:tc>
          <w:tcPr>
            <w:tcW w:w="2016" w:type="dxa"/>
            <w:vAlign w:val="center"/>
          </w:tcPr>
          <w:p w14:paraId="66E5E833" w14:textId="77777777" w:rsidR="0094787C" w:rsidRDefault="00000000">
            <w:r>
              <w:rPr>
                <w:sz w:val="17"/>
              </w:rPr>
              <w:t>Government and response agencies</w:t>
            </w:r>
          </w:p>
        </w:tc>
        <w:tc>
          <w:tcPr>
            <w:tcW w:w="3888" w:type="dxa"/>
            <w:vAlign w:val="center"/>
          </w:tcPr>
          <w:p w14:paraId="1D09DF52" w14:textId="77777777" w:rsidR="0094787C" w:rsidRDefault="00000000">
            <w:r>
              <w:rPr>
                <w:sz w:val="17"/>
              </w:rPr>
              <w:t>Emergency management, public health, fire, EMS, law enforcement, state licensing/survey agency, long-term care ombudsman when applicable</w:t>
            </w:r>
          </w:p>
        </w:tc>
        <w:tc>
          <w:tcPr>
            <w:tcW w:w="1728" w:type="dxa"/>
            <w:vAlign w:val="center"/>
          </w:tcPr>
          <w:p w14:paraId="1EC90AC2" w14:textId="77777777" w:rsidR="0094787C" w:rsidRDefault="00000000">
            <w:r>
              <w:rPr>
                <w:sz w:val="17"/>
              </w:rPr>
              <w:t>[INSERT]</w:t>
            </w:r>
          </w:p>
        </w:tc>
        <w:tc>
          <w:tcPr>
            <w:tcW w:w="1584" w:type="dxa"/>
            <w:vAlign w:val="center"/>
          </w:tcPr>
          <w:p w14:paraId="21AE7046" w14:textId="77777777" w:rsidR="0094787C" w:rsidRDefault="00000000">
            <w:r>
              <w:rPr>
                <w:sz w:val="17"/>
              </w:rPr>
              <w:t>[INSERT]</w:t>
            </w:r>
          </w:p>
        </w:tc>
        <w:tc>
          <w:tcPr>
            <w:tcW w:w="1296" w:type="dxa"/>
            <w:vAlign w:val="center"/>
          </w:tcPr>
          <w:p w14:paraId="3C15DEF5" w14:textId="77777777" w:rsidR="0094787C" w:rsidRDefault="00000000">
            <w:r>
              <w:rPr>
                <w:sz w:val="17"/>
              </w:rPr>
              <w:t>[INSERT]</w:t>
            </w:r>
          </w:p>
        </w:tc>
      </w:tr>
      <w:tr w:rsidR="0094787C" w14:paraId="048BA884" w14:textId="77777777">
        <w:trPr>
          <w:jc w:val="center"/>
        </w:trPr>
        <w:tc>
          <w:tcPr>
            <w:tcW w:w="2016" w:type="dxa"/>
            <w:shd w:val="clear" w:color="auto" w:fill="FAFAFA"/>
            <w:vAlign w:val="center"/>
          </w:tcPr>
          <w:p w14:paraId="4BFEA9DF" w14:textId="77777777" w:rsidR="0094787C" w:rsidRDefault="00000000">
            <w:r>
              <w:rPr>
                <w:sz w:val="17"/>
              </w:rPr>
              <w:t>Critical vendors</w:t>
            </w:r>
          </w:p>
        </w:tc>
        <w:tc>
          <w:tcPr>
            <w:tcW w:w="3888" w:type="dxa"/>
            <w:shd w:val="clear" w:color="auto" w:fill="FAFAFA"/>
            <w:vAlign w:val="center"/>
          </w:tcPr>
          <w:p w14:paraId="03C7BADD" w14:textId="77777777" w:rsidR="0094787C" w:rsidRDefault="00000000">
            <w:r>
              <w:rPr>
                <w:sz w:val="17"/>
              </w:rPr>
              <w:t>Utilities, generator/fuel, water, food, pharmacy, oxygen, IT/telecom, waste, linen, medical supplies, security, transportation</w:t>
            </w:r>
          </w:p>
        </w:tc>
        <w:tc>
          <w:tcPr>
            <w:tcW w:w="1728" w:type="dxa"/>
            <w:shd w:val="clear" w:color="auto" w:fill="FAFAFA"/>
            <w:vAlign w:val="center"/>
          </w:tcPr>
          <w:p w14:paraId="20586483" w14:textId="77777777" w:rsidR="0094787C" w:rsidRDefault="00000000">
            <w:r>
              <w:rPr>
                <w:sz w:val="17"/>
              </w:rPr>
              <w:t>[INSERT]</w:t>
            </w:r>
          </w:p>
        </w:tc>
        <w:tc>
          <w:tcPr>
            <w:tcW w:w="1584" w:type="dxa"/>
            <w:shd w:val="clear" w:color="auto" w:fill="FAFAFA"/>
            <w:vAlign w:val="center"/>
          </w:tcPr>
          <w:p w14:paraId="7A14C037" w14:textId="77777777" w:rsidR="0094787C" w:rsidRDefault="00000000">
            <w:r>
              <w:rPr>
                <w:sz w:val="17"/>
              </w:rPr>
              <w:t>[INSERT]</w:t>
            </w:r>
          </w:p>
        </w:tc>
        <w:tc>
          <w:tcPr>
            <w:tcW w:w="1296" w:type="dxa"/>
            <w:shd w:val="clear" w:color="auto" w:fill="FAFAFA"/>
            <w:vAlign w:val="center"/>
          </w:tcPr>
          <w:p w14:paraId="091EFAE4" w14:textId="77777777" w:rsidR="0094787C" w:rsidRDefault="00000000">
            <w:r>
              <w:rPr>
                <w:sz w:val="17"/>
              </w:rPr>
              <w:t>[INSERT]</w:t>
            </w:r>
          </w:p>
        </w:tc>
      </w:tr>
      <w:tr w:rsidR="0094787C" w14:paraId="601AE000" w14:textId="77777777">
        <w:trPr>
          <w:jc w:val="center"/>
        </w:trPr>
        <w:tc>
          <w:tcPr>
            <w:tcW w:w="2016" w:type="dxa"/>
            <w:vAlign w:val="center"/>
          </w:tcPr>
          <w:p w14:paraId="7CCC7F74" w14:textId="77777777" w:rsidR="0094787C" w:rsidRDefault="00000000">
            <w:r>
              <w:rPr>
                <w:sz w:val="17"/>
              </w:rPr>
              <w:t>Community partners</w:t>
            </w:r>
          </w:p>
        </w:tc>
        <w:tc>
          <w:tcPr>
            <w:tcW w:w="3888" w:type="dxa"/>
            <w:vAlign w:val="center"/>
          </w:tcPr>
          <w:p w14:paraId="4C428B7D" w14:textId="77777777" w:rsidR="0094787C" w:rsidRDefault="00000000">
            <w:r>
              <w:rPr>
                <w:sz w:val="17"/>
              </w:rPr>
              <w:t>Healthcare coalition, Red Cross, shelters, schools, blood center, medical examiner/coroner, mortuary partners, faith/community resources</w:t>
            </w:r>
          </w:p>
        </w:tc>
        <w:tc>
          <w:tcPr>
            <w:tcW w:w="1728" w:type="dxa"/>
            <w:vAlign w:val="center"/>
          </w:tcPr>
          <w:p w14:paraId="2FEE081D" w14:textId="77777777" w:rsidR="0094787C" w:rsidRDefault="00000000">
            <w:r>
              <w:rPr>
                <w:sz w:val="17"/>
              </w:rPr>
              <w:t>[INSERT]</w:t>
            </w:r>
          </w:p>
        </w:tc>
        <w:tc>
          <w:tcPr>
            <w:tcW w:w="1584" w:type="dxa"/>
            <w:vAlign w:val="center"/>
          </w:tcPr>
          <w:p w14:paraId="59BA01DF" w14:textId="77777777" w:rsidR="0094787C" w:rsidRDefault="00000000">
            <w:r>
              <w:rPr>
                <w:sz w:val="17"/>
              </w:rPr>
              <w:t>[INSERT]</w:t>
            </w:r>
          </w:p>
        </w:tc>
        <w:tc>
          <w:tcPr>
            <w:tcW w:w="1296" w:type="dxa"/>
            <w:vAlign w:val="center"/>
          </w:tcPr>
          <w:p w14:paraId="4FE6B0D6" w14:textId="77777777" w:rsidR="0094787C" w:rsidRDefault="00000000">
            <w:r>
              <w:rPr>
                <w:sz w:val="17"/>
              </w:rPr>
              <w:t>[INSERT]</w:t>
            </w:r>
          </w:p>
        </w:tc>
      </w:tr>
    </w:tbl>
    <w:p w14:paraId="02104D2D" w14:textId="77777777" w:rsidR="0094787C" w:rsidRDefault="0094787C"/>
    <w:p w14:paraId="466D5D69" w14:textId="77777777" w:rsidR="0094787C" w:rsidRDefault="00000000">
      <w:pPr>
        <w:pStyle w:val="Heading1"/>
      </w:pPr>
      <w:r>
        <w:t>SECTION 5  PRIMARY AND ALTERNATE COMMUNICATION METHODS</w:t>
      </w:r>
    </w:p>
    <w:p w14:paraId="6CA56979" w14:textId="77777777" w:rsidR="0094787C" w:rsidRDefault="00000000">
      <w:pPr>
        <w:pStyle w:val="Heading2"/>
      </w:pPr>
      <w:r>
        <w:t>5.1 Communication System Matrix</w:t>
      </w:r>
    </w:p>
    <w:tbl>
      <w:tblPr>
        <w:tblStyle w:val="TableGrid"/>
        <w:tblW w:w="0" w:type="auto"/>
        <w:jc w:val="center"/>
        <w:tblLook w:val="04A0" w:firstRow="1" w:lastRow="0" w:firstColumn="1" w:lastColumn="0" w:noHBand="0" w:noVBand="1"/>
      </w:tblPr>
      <w:tblGrid>
        <w:gridCol w:w="1944"/>
        <w:gridCol w:w="2232"/>
        <w:gridCol w:w="2520"/>
        <w:gridCol w:w="2232"/>
        <w:gridCol w:w="1296"/>
      </w:tblGrid>
      <w:tr w:rsidR="0094787C" w14:paraId="76AE381F" w14:textId="77777777">
        <w:trPr>
          <w:jc w:val="center"/>
        </w:trPr>
        <w:tc>
          <w:tcPr>
            <w:tcW w:w="1944" w:type="dxa"/>
            <w:shd w:val="clear" w:color="auto" w:fill="1F4E78"/>
            <w:vAlign w:val="center"/>
          </w:tcPr>
          <w:p w14:paraId="20CC401E" w14:textId="77777777" w:rsidR="0094787C" w:rsidRDefault="00000000">
            <w:r>
              <w:rPr>
                <w:b/>
                <w:color w:val="FFFFFF"/>
                <w:sz w:val="17"/>
              </w:rPr>
              <w:t>Method</w:t>
            </w:r>
          </w:p>
        </w:tc>
        <w:tc>
          <w:tcPr>
            <w:tcW w:w="2232" w:type="dxa"/>
            <w:shd w:val="clear" w:color="auto" w:fill="1F4E78"/>
            <w:vAlign w:val="center"/>
          </w:tcPr>
          <w:p w14:paraId="56C48DCC" w14:textId="77777777" w:rsidR="0094787C" w:rsidRDefault="00000000">
            <w:r>
              <w:rPr>
                <w:b/>
                <w:color w:val="FFFFFF"/>
                <w:sz w:val="17"/>
              </w:rPr>
              <w:t>Primary use</w:t>
            </w:r>
          </w:p>
        </w:tc>
        <w:tc>
          <w:tcPr>
            <w:tcW w:w="2520" w:type="dxa"/>
            <w:shd w:val="clear" w:color="auto" w:fill="1F4E78"/>
            <w:vAlign w:val="center"/>
          </w:tcPr>
          <w:p w14:paraId="4D80AF37" w14:textId="77777777" w:rsidR="0094787C" w:rsidRDefault="00000000">
            <w:r>
              <w:rPr>
                <w:b/>
                <w:color w:val="FFFFFF"/>
                <w:sz w:val="17"/>
              </w:rPr>
              <w:t>Dependency / failure point</w:t>
            </w:r>
          </w:p>
        </w:tc>
        <w:tc>
          <w:tcPr>
            <w:tcW w:w="2232" w:type="dxa"/>
            <w:shd w:val="clear" w:color="auto" w:fill="1F4E78"/>
            <w:vAlign w:val="center"/>
          </w:tcPr>
          <w:p w14:paraId="5CCE9E3B" w14:textId="77777777" w:rsidR="0094787C" w:rsidRDefault="00000000">
            <w:r>
              <w:rPr>
                <w:b/>
                <w:color w:val="FFFFFF"/>
                <w:sz w:val="17"/>
              </w:rPr>
              <w:t>Alternate / backup</w:t>
            </w:r>
          </w:p>
        </w:tc>
        <w:tc>
          <w:tcPr>
            <w:tcW w:w="1296" w:type="dxa"/>
            <w:shd w:val="clear" w:color="auto" w:fill="1F4E78"/>
            <w:vAlign w:val="center"/>
          </w:tcPr>
          <w:p w14:paraId="7D9921AF" w14:textId="77777777" w:rsidR="0094787C" w:rsidRDefault="00000000">
            <w:r>
              <w:rPr>
                <w:b/>
                <w:color w:val="FFFFFF"/>
                <w:sz w:val="17"/>
              </w:rPr>
              <w:t>Testing evidence</w:t>
            </w:r>
          </w:p>
        </w:tc>
      </w:tr>
      <w:tr w:rsidR="0094787C" w14:paraId="4F37AEBC" w14:textId="77777777">
        <w:trPr>
          <w:jc w:val="center"/>
        </w:trPr>
        <w:tc>
          <w:tcPr>
            <w:tcW w:w="1944" w:type="dxa"/>
            <w:shd w:val="clear" w:color="auto" w:fill="FAFAFA"/>
            <w:vAlign w:val="center"/>
          </w:tcPr>
          <w:p w14:paraId="14ABFFB7" w14:textId="77777777" w:rsidR="0094787C" w:rsidRDefault="00000000">
            <w:r>
              <w:rPr>
                <w:sz w:val="17"/>
              </w:rPr>
              <w:t>Landline / VoIP</w:t>
            </w:r>
          </w:p>
        </w:tc>
        <w:tc>
          <w:tcPr>
            <w:tcW w:w="2232" w:type="dxa"/>
            <w:shd w:val="clear" w:color="auto" w:fill="FAFAFA"/>
            <w:vAlign w:val="center"/>
          </w:tcPr>
          <w:p w14:paraId="257DCC19" w14:textId="77777777" w:rsidR="0094787C" w:rsidRDefault="00000000">
            <w:r>
              <w:rPr>
                <w:sz w:val="17"/>
              </w:rPr>
              <w:t>Command, departments, units, external partners</w:t>
            </w:r>
          </w:p>
        </w:tc>
        <w:tc>
          <w:tcPr>
            <w:tcW w:w="2520" w:type="dxa"/>
            <w:shd w:val="clear" w:color="auto" w:fill="FAFAFA"/>
            <w:vAlign w:val="center"/>
          </w:tcPr>
          <w:p w14:paraId="660BB2E5" w14:textId="77777777" w:rsidR="0094787C" w:rsidRDefault="00000000">
            <w:r>
              <w:rPr>
                <w:sz w:val="17"/>
              </w:rPr>
              <w:t>Power, network, telecom carrier</w:t>
            </w:r>
          </w:p>
        </w:tc>
        <w:tc>
          <w:tcPr>
            <w:tcW w:w="2232" w:type="dxa"/>
            <w:shd w:val="clear" w:color="auto" w:fill="FAFAFA"/>
            <w:vAlign w:val="center"/>
          </w:tcPr>
          <w:p w14:paraId="69DAF6E5" w14:textId="77777777" w:rsidR="0094787C" w:rsidRDefault="00000000">
            <w:r>
              <w:rPr>
                <w:sz w:val="17"/>
              </w:rPr>
              <w:t>Analog line, cellular, radio, runners</w:t>
            </w:r>
          </w:p>
        </w:tc>
        <w:tc>
          <w:tcPr>
            <w:tcW w:w="1296" w:type="dxa"/>
            <w:shd w:val="clear" w:color="auto" w:fill="FAFAFA"/>
            <w:vAlign w:val="center"/>
          </w:tcPr>
          <w:p w14:paraId="103EAB20" w14:textId="77777777" w:rsidR="0094787C" w:rsidRDefault="00000000">
            <w:r>
              <w:rPr>
                <w:sz w:val="17"/>
              </w:rPr>
              <w:t>[INSERT]</w:t>
            </w:r>
          </w:p>
        </w:tc>
      </w:tr>
      <w:tr w:rsidR="0094787C" w14:paraId="30373B13" w14:textId="77777777">
        <w:trPr>
          <w:jc w:val="center"/>
        </w:trPr>
        <w:tc>
          <w:tcPr>
            <w:tcW w:w="1944" w:type="dxa"/>
            <w:vAlign w:val="center"/>
          </w:tcPr>
          <w:p w14:paraId="26374069" w14:textId="77777777" w:rsidR="0094787C" w:rsidRDefault="00000000">
            <w:r>
              <w:rPr>
                <w:sz w:val="17"/>
              </w:rPr>
              <w:t>Cellular voice / text</w:t>
            </w:r>
          </w:p>
        </w:tc>
        <w:tc>
          <w:tcPr>
            <w:tcW w:w="2232" w:type="dxa"/>
            <w:vAlign w:val="center"/>
          </w:tcPr>
          <w:p w14:paraId="30AEB504" w14:textId="77777777" w:rsidR="0094787C" w:rsidRDefault="00000000">
            <w:r>
              <w:rPr>
                <w:sz w:val="17"/>
              </w:rPr>
              <w:t>Leadership notification, staff call-back, field coordination</w:t>
            </w:r>
          </w:p>
        </w:tc>
        <w:tc>
          <w:tcPr>
            <w:tcW w:w="2520" w:type="dxa"/>
            <w:vAlign w:val="center"/>
          </w:tcPr>
          <w:p w14:paraId="39632F1F" w14:textId="77777777" w:rsidR="0094787C" w:rsidRDefault="00000000">
            <w:r>
              <w:rPr>
                <w:sz w:val="17"/>
              </w:rPr>
              <w:t>Cell network, device battery, contact accuracy</w:t>
            </w:r>
          </w:p>
        </w:tc>
        <w:tc>
          <w:tcPr>
            <w:tcW w:w="2232" w:type="dxa"/>
            <w:vAlign w:val="center"/>
          </w:tcPr>
          <w:p w14:paraId="2D139BD8" w14:textId="77777777" w:rsidR="0094787C" w:rsidRDefault="00000000">
            <w:r>
              <w:rPr>
                <w:sz w:val="17"/>
              </w:rPr>
              <w:t>Mass notification, radio, satellite, runners</w:t>
            </w:r>
          </w:p>
        </w:tc>
        <w:tc>
          <w:tcPr>
            <w:tcW w:w="1296" w:type="dxa"/>
            <w:vAlign w:val="center"/>
          </w:tcPr>
          <w:p w14:paraId="644E704E" w14:textId="77777777" w:rsidR="0094787C" w:rsidRDefault="00000000">
            <w:r>
              <w:rPr>
                <w:sz w:val="17"/>
              </w:rPr>
              <w:t>[INSERT]</w:t>
            </w:r>
          </w:p>
        </w:tc>
      </w:tr>
      <w:tr w:rsidR="0094787C" w14:paraId="1AD6487F" w14:textId="77777777">
        <w:trPr>
          <w:jc w:val="center"/>
        </w:trPr>
        <w:tc>
          <w:tcPr>
            <w:tcW w:w="1944" w:type="dxa"/>
            <w:shd w:val="clear" w:color="auto" w:fill="FAFAFA"/>
            <w:vAlign w:val="center"/>
          </w:tcPr>
          <w:p w14:paraId="51E22078" w14:textId="77777777" w:rsidR="0094787C" w:rsidRDefault="00000000">
            <w:r>
              <w:rPr>
                <w:sz w:val="17"/>
              </w:rPr>
              <w:t>Mass notification system</w:t>
            </w:r>
          </w:p>
        </w:tc>
        <w:tc>
          <w:tcPr>
            <w:tcW w:w="2232" w:type="dxa"/>
            <w:shd w:val="clear" w:color="auto" w:fill="FAFAFA"/>
            <w:vAlign w:val="center"/>
          </w:tcPr>
          <w:p w14:paraId="6B0469E4" w14:textId="77777777" w:rsidR="0094787C" w:rsidRDefault="00000000">
            <w:r>
              <w:rPr>
                <w:sz w:val="17"/>
              </w:rPr>
              <w:t>Workforce alerts, recall, status confirmation</w:t>
            </w:r>
          </w:p>
        </w:tc>
        <w:tc>
          <w:tcPr>
            <w:tcW w:w="2520" w:type="dxa"/>
            <w:shd w:val="clear" w:color="auto" w:fill="FAFAFA"/>
            <w:vAlign w:val="center"/>
          </w:tcPr>
          <w:p w14:paraId="235F48EA" w14:textId="77777777" w:rsidR="0094787C" w:rsidRDefault="00000000">
            <w:r>
              <w:rPr>
                <w:sz w:val="17"/>
              </w:rPr>
              <w:t>Vendor, internet, contact database</w:t>
            </w:r>
          </w:p>
        </w:tc>
        <w:tc>
          <w:tcPr>
            <w:tcW w:w="2232" w:type="dxa"/>
            <w:shd w:val="clear" w:color="auto" w:fill="FAFAFA"/>
            <w:vAlign w:val="center"/>
          </w:tcPr>
          <w:p w14:paraId="197D00DE" w14:textId="77777777" w:rsidR="0094787C" w:rsidRDefault="00000000">
            <w:r>
              <w:rPr>
                <w:sz w:val="17"/>
              </w:rPr>
              <w:t>Manual call tree, department huddles, runners</w:t>
            </w:r>
          </w:p>
        </w:tc>
        <w:tc>
          <w:tcPr>
            <w:tcW w:w="1296" w:type="dxa"/>
            <w:shd w:val="clear" w:color="auto" w:fill="FAFAFA"/>
            <w:vAlign w:val="center"/>
          </w:tcPr>
          <w:p w14:paraId="6B96FF8A" w14:textId="77777777" w:rsidR="0094787C" w:rsidRDefault="00000000">
            <w:r>
              <w:rPr>
                <w:sz w:val="17"/>
              </w:rPr>
              <w:t>[INSERT]</w:t>
            </w:r>
          </w:p>
        </w:tc>
      </w:tr>
      <w:tr w:rsidR="0094787C" w14:paraId="435A8A53" w14:textId="77777777">
        <w:trPr>
          <w:jc w:val="center"/>
        </w:trPr>
        <w:tc>
          <w:tcPr>
            <w:tcW w:w="1944" w:type="dxa"/>
            <w:vAlign w:val="center"/>
          </w:tcPr>
          <w:p w14:paraId="29A7F140" w14:textId="77777777" w:rsidR="0094787C" w:rsidRDefault="00000000">
            <w:r>
              <w:rPr>
                <w:sz w:val="17"/>
              </w:rPr>
              <w:t>Two-way radio</w:t>
            </w:r>
          </w:p>
        </w:tc>
        <w:tc>
          <w:tcPr>
            <w:tcW w:w="2232" w:type="dxa"/>
            <w:vAlign w:val="center"/>
          </w:tcPr>
          <w:p w14:paraId="2ADEF82C" w14:textId="77777777" w:rsidR="0094787C" w:rsidRDefault="00000000">
            <w:r>
              <w:rPr>
                <w:sz w:val="17"/>
              </w:rPr>
              <w:t>Security, operations, facilities, command, transport</w:t>
            </w:r>
          </w:p>
        </w:tc>
        <w:tc>
          <w:tcPr>
            <w:tcW w:w="2520" w:type="dxa"/>
            <w:vAlign w:val="center"/>
          </w:tcPr>
          <w:p w14:paraId="46E3743E" w14:textId="77777777" w:rsidR="0094787C" w:rsidRDefault="00000000">
            <w:r>
              <w:rPr>
                <w:sz w:val="17"/>
              </w:rPr>
              <w:t>Radio infrastructure, batteries, channel discipline</w:t>
            </w:r>
          </w:p>
        </w:tc>
        <w:tc>
          <w:tcPr>
            <w:tcW w:w="2232" w:type="dxa"/>
            <w:vAlign w:val="center"/>
          </w:tcPr>
          <w:p w14:paraId="1EEF5A93" w14:textId="77777777" w:rsidR="0094787C" w:rsidRDefault="00000000">
            <w:r>
              <w:rPr>
                <w:sz w:val="17"/>
              </w:rPr>
              <w:t>Phones, runners, written status board</w:t>
            </w:r>
          </w:p>
        </w:tc>
        <w:tc>
          <w:tcPr>
            <w:tcW w:w="1296" w:type="dxa"/>
            <w:vAlign w:val="center"/>
          </w:tcPr>
          <w:p w14:paraId="5F726A07" w14:textId="77777777" w:rsidR="0094787C" w:rsidRDefault="00000000">
            <w:r>
              <w:rPr>
                <w:sz w:val="17"/>
              </w:rPr>
              <w:t>[INSERT]</w:t>
            </w:r>
          </w:p>
        </w:tc>
      </w:tr>
      <w:tr w:rsidR="0094787C" w14:paraId="5318DFC9" w14:textId="77777777">
        <w:trPr>
          <w:jc w:val="center"/>
        </w:trPr>
        <w:tc>
          <w:tcPr>
            <w:tcW w:w="1944" w:type="dxa"/>
            <w:shd w:val="clear" w:color="auto" w:fill="FAFAFA"/>
            <w:vAlign w:val="center"/>
          </w:tcPr>
          <w:p w14:paraId="03796EB1" w14:textId="77777777" w:rsidR="0094787C" w:rsidRDefault="00000000">
            <w:r>
              <w:rPr>
                <w:sz w:val="17"/>
              </w:rPr>
              <w:t>Email / Teams / intranet</w:t>
            </w:r>
          </w:p>
        </w:tc>
        <w:tc>
          <w:tcPr>
            <w:tcW w:w="2232" w:type="dxa"/>
            <w:shd w:val="clear" w:color="auto" w:fill="FAFAFA"/>
            <w:vAlign w:val="center"/>
          </w:tcPr>
          <w:p w14:paraId="64983C4A" w14:textId="77777777" w:rsidR="0094787C" w:rsidRDefault="00000000">
            <w:r>
              <w:rPr>
                <w:sz w:val="17"/>
              </w:rPr>
              <w:t>Situation updates, forms, staff instructions</w:t>
            </w:r>
          </w:p>
        </w:tc>
        <w:tc>
          <w:tcPr>
            <w:tcW w:w="2520" w:type="dxa"/>
            <w:shd w:val="clear" w:color="auto" w:fill="FAFAFA"/>
            <w:vAlign w:val="center"/>
          </w:tcPr>
          <w:p w14:paraId="3F4DC15E" w14:textId="77777777" w:rsidR="0094787C" w:rsidRDefault="00000000">
            <w:r>
              <w:rPr>
                <w:sz w:val="17"/>
              </w:rPr>
              <w:t>Network, internet, device access</w:t>
            </w:r>
          </w:p>
        </w:tc>
        <w:tc>
          <w:tcPr>
            <w:tcW w:w="2232" w:type="dxa"/>
            <w:shd w:val="clear" w:color="auto" w:fill="FAFAFA"/>
            <w:vAlign w:val="center"/>
          </w:tcPr>
          <w:p w14:paraId="25000EDD" w14:textId="77777777" w:rsidR="0094787C" w:rsidRDefault="00000000">
            <w:r>
              <w:rPr>
                <w:sz w:val="17"/>
              </w:rPr>
              <w:t>Printed IAP, overhead announcement, paper memo</w:t>
            </w:r>
          </w:p>
        </w:tc>
        <w:tc>
          <w:tcPr>
            <w:tcW w:w="1296" w:type="dxa"/>
            <w:shd w:val="clear" w:color="auto" w:fill="FAFAFA"/>
            <w:vAlign w:val="center"/>
          </w:tcPr>
          <w:p w14:paraId="0E46F45A" w14:textId="77777777" w:rsidR="0094787C" w:rsidRDefault="00000000">
            <w:r>
              <w:rPr>
                <w:sz w:val="17"/>
              </w:rPr>
              <w:t>[INSERT]</w:t>
            </w:r>
          </w:p>
        </w:tc>
      </w:tr>
      <w:tr w:rsidR="0094787C" w14:paraId="460FD87C" w14:textId="77777777">
        <w:trPr>
          <w:jc w:val="center"/>
        </w:trPr>
        <w:tc>
          <w:tcPr>
            <w:tcW w:w="1944" w:type="dxa"/>
            <w:vAlign w:val="center"/>
          </w:tcPr>
          <w:p w14:paraId="7C4DF99B" w14:textId="77777777" w:rsidR="0094787C" w:rsidRDefault="00000000">
            <w:r>
              <w:rPr>
                <w:sz w:val="17"/>
              </w:rPr>
              <w:t>Overhead / paging / public address</w:t>
            </w:r>
          </w:p>
        </w:tc>
        <w:tc>
          <w:tcPr>
            <w:tcW w:w="2232" w:type="dxa"/>
            <w:vAlign w:val="center"/>
          </w:tcPr>
          <w:p w14:paraId="566DBC79" w14:textId="77777777" w:rsidR="0094787C" w:rsidRDefault="00000000">
            <w:r>
              <w:rPr>
                <w:sz w:val="17"/>
              </w:rPr>
              <w:t>Immediate facility alerts and protective actions</w:t>
            </w:r>
          </w:p>
        </w:tc>
        <w:tc>
          <w:tcPr>
            <w:tcW w:w="2520" w:type="dxa"/>
            <w:vAlign w:val="center"/>
          </w:tcPr>
          <w:p w14:paraId="4AE44FE3" w14:textId="77777777" w:rsidR="0094787C" w:rsidRDefault="00000000">
            <w:r>
              <w:rPr>
                <w:sz w:val="17"/>
              </w:rPr>
              <w:t>Power, PA system, audibility</w:t>
            </w:r>
          </w:p>
        </w:tc>
        <w:tc>
          <w:tcPr>
            <w:tcW w:w="2232" w:type="dxa"/>
            <w:vAlign w:val="center"/>
          </w:tcPr>
          <w:p w14:paraId="33D9A0D1" w14:textId="77777777" w:rsidR="0094787C" w:rsidRDefault="00000000">
            <w:r>
              <w:rPr>
                <w:sz w:val="17"/>
              </w:rPr>
              <w:t>Runners, radios, unit phones, portable megaphone</w:t>
            </w:r>
          </w:p>
        </w:tc>
        <w:tc>
          <w:tcPr>
            <w:tcW w:w="1296" w:type="dxa"/>
            <w:vAlign w:val="center"/>
          </w:tcPr>
          <w:p w14:paraId="3EFB343D" w14:textId="77777777" w:rsidR="0094787C" w:rsidRDefault="00000000">
            <w:r>
              <w:rPr>
                <w:sz w:val="17"/>
              </w:rPr>
              <w:t>[INSERT]</w:t>
            </w:r>
          </w:p>
        </w:tc>
      </w:tr>
      <w:tr w:rsidR="0094787C" w14:paraId="33FB3085" w14:textId="77777777">
        <w:trPr>
          <w:jc w:val="center"/>
        </w:trPr>
        <w:tc>
          <w:tcPr>
            <w:tcW w:w="1944" w:type="dxa"/>
            <w:shd w:val="clear" w:color="auto" w:fill="FAFAFA"/>
            <w:vAlign w:val="center"/>
          </w:tcPr>
          <w:p w14:paraId="68F0DC18" w14:textId="77777777" w:rsidR="0094787C" w:rsidRDefault="00000000">
            <w:r>
              <w:rPr>
                <w:sz w:val="17"/>
              </w:rPr>
              <w:t>Website / social media / recorded line</w:t>
            </w:r>
          </w:p>
        </w:tc>
        <w:tc>
          <w:tcPr>
            <w:tcW w:w="2232" w:type="dxa"/>
            <w:shd w:val="clear" w:color="auto" w:fill="FAFAFA"/>
            <w:vAlign w:val="center"/>
          </w:tcPr>
          <w:p w14:paraId="7B3876C2" w14:textId="77777777" w:rsidR="0094787C" w:rsidRDefault="00000000">
            <w:r>
              <w:rPr>
                <w:sz w:val="17"/>
              </w:rPr>
              <w:t>Public, family, service status, visitor instructions</w:t>
            </w:r>
          </w:p>
        </w:tc>
        <w:tc>
          <w:tcPr>
            <w:tcW w:w="2520" w:type="dxa"/>
            <w:shd w:val="clear" w:color="auto" w:fill="FAFAFA"/>
            <w:vAlign w:val="center"/>
          </w:tcPr>
          <w:p w14:paraId="4030DBD9" w14:textId="77777777" w:rsidR="0094787C" w:rsidRDefault="00000000">
            <w:r>
              <w:rPr>
                <w:sz w:val="17"/>
              </w:rPr>
              <w:t>Internet, approval workflow, account access</w:t>
            </w:r>
          </w:p>
        </w:tc>
        <w:tc>
          <w:tcPr>
            <w:tcW w:w="2232" w:type="dxa"/>
            <w:shd w:val="clear" w:color="auto" w:fill="FAFAFA"/>
            <w:vAlign w:val="center"/>
          </w:tcPr>
          <w:p w14:paraId="2D6EF8E9" w14:textId="77777777" w:rsidR="0094787C" w:rsidRDefault="00000000">
            <w:r>
              <w:rPr>
                <w:sz w:val="17"/>
              </w:rPr>
              <w:t>Media release, call center script, front desk script</w:t>
            </w:r>
          </w:p>
        </w:tc>
        <w:tc>
          <w:tcPr>
            <w:tcW w:w="1296" w:type="dxa"/>
            <w:shd w:val="clear" w:color="auto" w:fill="FAFAFA"/>
            <w:vAlign w:val="center"/>
          </w:tcPr>
          <w:p w14:paraId="154FDDC3" w14:textId="77777777" w:rsidR="0094787C" w:rsidRDefault="00000000">
            <w:r>
              <w:rPr>
                <w:sz w:val="17"/>
              </w:rPr>
              <w:t>[INSERT]</w:t>
            </w:r>
          </w:p>
        </w:tc>
      </w:tr>
      <w:tr w:rsidR="0094787C" w14:paraId="54920345" w14:textId="77777777">
        <w:trPr>
          <w:jc w:val="center"/>
        </w:trPr>
        <w:tc>
          <w:tcPr>
            <w:tcW w:w="1944" w:type="dxa"/>
            <w:vAlign w:val="center"/>
          </w:tcPr>
          <w:p w14:paraId="46813E60" w14:textId="77777777" w:rsidR="0094787C" w:rsidRDefault="00000000">
            <w:r>
              <w:rPr>
                <w:sz w:val="17"/>
              </w:rPr>
              <w:t>Health information exchange / secure transfer</w:t>
            </w:r>
          </w:p>
        </w:tc>
        <w:tc>
          <w:tcPr>
            <w:tcW w:w="2232" w:type="dxa"/>
            <w:vAlign w:val="center"/>
          </w:tcPr>
          <w:p w14:paraId="6742BD78" w14:textId="77777777" w:rsidR="0094787C" w:rsidRDefault="00000000">
            <w:r>
              <w:rPr>
                <w:sz w:val="17"/>
              </w:rPr>
              <w:t>Medical documentation to receiving providers</w:t>
            </w:r>
          </w:p>
        </w:tc>
        <w:tc>
          <w:tcPr>
            <w:tcW w:w="2520" w:type="dxa"/>
            <w:vAlign w:val="center"/>
          </w:tcPr>
          <w:p w14:paraId="066B8135" w14:textId="77777777" w:rsidR="0094787C" w:rsidRDefault="00000000">
            <w:r>
              <w:rPr>
                <w:sz w:val="17"/>
              </w:rPr>
              <w:t>Network, credentials, interoperability</w:t>
            </w:r>
          </w:p>
        </w:tc>
        <w:tc>
          <w:tcPr>
            <w:tcW w:w="2232" w:type="dxa"/>
            <w:vAlign w:val="center"/>
          </w:tcPr>
          <w:p w14:paraId="65489536" w14:textId="77777777" w:rsidR="0094787C" w:rsidRDefault="00000000">
            <w:r>
              <w:rPr>
                <w:sz w:val="17"/>
              </w:rPr>
              <w:t>Paper transfer packet, fax, secure courier</w:t>
            </w:r>
          </w:p>
        </w:tc>
        <w:tc>
          <w:tcPr>
            <w:tcW w:w="1296" w:type="dxa"/>
            <w:vAlign w:val="center"/>
          </w:tcPr>
          <w:p w14:paraId="2C9112FB" w14:textId="77777777" w:rsidR="0094787C" w:rsidRDefault="00000000">
            <w:r>
              <w:rPr>
                <w:sz w:val="17"/>
              </w:rPr>
              <w:t>[INSERT]</w:t>
            </w:r>
          </w:p>
        </w:tc>
      </w:tr>
    </w:tbl>
    <w:p w14:paraId="009450FA" w14:textId="77777777" w:rsidR="0094787C" w:rsidRDefault="0094787C"/>
    <w:p w14:paraId="54F3314E" w14:textId="77777777" w:rsidR="0094787C" w:rsidRDefault="00000000">
      <w:pPr>
        <w:pStyle w:val="Heading1"/>
      </w:pPr>
      <w:r>
        <w:t>SECTION 6  AUDIENCE, MESSAGE CONTENT, AND DISTRIBUTION STRATEGY</w:t>
      </w:r>
    </w:p>
    <w:p w14:paraId="10B756CE" w14:textId="77777777" w:rsidR="0094787C" w:rsidRDefault="00000000">
      <w:pPr>
        <w:pStyle w:val="Heading2"/>
      </w:pPr>
      <w:r>
        <w:t>6.1 Audience Messaging Matrix</w:t>
      </w:r>
    </w:p>
    <w:tbl>
      <w:tblPr>
        <w:tblStyle w:val="TableGrid"/>
        <w:tblW w:w="0" w:type="auto"/>
        <w:jc w:val="center"/>
        <w:tblLook w:val="04A0" w:firstRow="1" w:lastRow="0" w:firstColumn="1" w:lastColumn="0" w:noHBand="0" w:noVBand="1"/>
      </w:tblPr>
      <w:tblGrid>
        <w:gridCol w:w="2129"/>
        <w:gridCol w:w="2130"/>
        <w:gridCol w:w="2129"/>
        <w:gridCol w:w="2129"/>
        <w:gridCol w:w="2129"/>
      </w:tblGrid>
      <w:tr w:rsidR="0094787C" w14:paraId="48A6578E" w14:textId="77777777">
        <w:trPr>
          <w:jc w:val="center"/>
        </w:trPr>
        <w:tc>
          <w:tcPr>
            <w:tcW w:w="2131" w:type="dxa"/>
            <w:shd w:val="clear" w:color="auto" w:fill="1F4E78"/>
            <w:vAlign w:val="center"/>
          </w:tcPr>
          <w:p w14:paraId="6489D721" w14:textId="77777777" w:rsidR="0094787C" w:rsidRDefault="00000000">
            <w:r>
              <w:rPr>
                <w:b/>
                <w:color w:val="FFFFFF"/>
                <w:sz w:val="17"/>
              </w:rPr>
              <w:t>Audience</w:t>
            </w:r>
          </w:p>
        </w:tc>
        <w:tc>
          <w:tcPr>
            <w:tcW w:w="2131" w:type="dxa"/>
            <w:shd w:val="clear" w:color="auto" w:fill="1F4E78"/>
            <w:vAlign w:val="center"/>
          </w:tcPr>
          <w:p w14:paraId="170EF2F8" w14:textId="77777777" w:rsidR="0094787C" w:rsidRDefault="00000000">
            <w:r>
              <w:rPr>
                <w:b/>
                <w:color w:val="FFFFFF"/>
                <w:sz w:val="17"/>
              </w:rPr>
              <w:t>Minimum message content</w:t>
            </w:r>
          </w:p>
        </w:tc>
        <w:tc>
          <w:tcPr>
            <w:tcW w:w="2131" w:type="dxa"/>
            <w:shd w:val="clear" w:color="auto" w:fill="1F4E78"/>
            <w:vAlign w:val="center"/>
          </w:tcPr>
          <w:p w14:paraId="338BCFBD" w14:textId="77777777" w:rsidR="0094787C" w:rsidRDefault="00000000">
            <w:r>
              <w:rPr>
                <w:b/>
                <w:color w:val="FFFFFF"/>
                <w:sz w:val="17"/>
              </w:rPr>
              <w:t>Channels</w:t>
            </w:r>
          </w:p>
        </w:tc>
        <w:tc>
          <w:tcPr>
            <w:tcW w:w="2131" w:type="dxa"/>
            <w:shd w:val="clear" w:color="auto" w:fill="1F4E78"/>
            <w:vAlign w:val="center"/>
          </w:tcPr>
          <w:p w14:paraId="15AD4F9E" w14:textId="77777777" w:rsidR="0094787C" w:rsidRDefault="00000000">
            <w:r>
              <w:rPr>
                <w:b/>
                <w:color w:val="FFFFFF"/>
                <w:sz w:val="17"/>
              </w:rPr>
              <w:t>Frequency / trigger</w:t>
            </w:r>
          </w:p>
        </w:tc>
        <w:tc>
          <w:tcPr>
            <w:tcW w:w="2131" w:type="dxa"/>
            <w:shd w:val="clear" w:color="auto" w:fill="1F4E78"/>
            <w:vAlign w:val="center"/>
          </w:tcPr>
          <w:p w14:paraId="34D41E97" w14:textId="77777777" w:rsidR="0094787C" w:rsidRDefault="00000000">
            <w:r>
              <w:rPr>
                <w:b/>
                <w:color w:val="FFFFFF"/>
                <w:sz w:val="17"/>
              </w:rPr>
              <w:t>Approval</w:t>
            </w:r>
          </w:p>
        </w:tc>
      </w:tr>
      <w:tr w:rsidR="0094787C" w14:paraId="5F3986C8" w14:textId="77777777">
        <w:trPr>
          <w:jc w:val="center"/>
        </w:trPr>
        <w:tc>
          <w:tcPr>
            <w:tcW w:w="2131" w:type="dxa"/>
            <w:shd w:val="clear" w:color="auto" w:fill="FAFAFA"/>
            <w:vAlign w:val="center"/>
          </w:tcPr>
          <w:p w14:paraId="3079AE1D" w14:textId="77777777" w:rsidR="0094787C" w:rsidRDefault="00000000">
            <w:r>
              <w:rPr>
                <w:sz w:val="17"/>
              </w:rPr>
              <w:t>Staff / workforce</w:t>
            </w:r>
          </w:p>
        </w:tc>
        <w:tc>
          <w:tcPr>
            <w:tcW w:w="2131" w:type="dxa"/>
            <w:shd w:val="clear" w:color="auto" w:fill="FAFAFA"/>
            <w:vAlign w:val="center"/>
          </w:tcPr>
          <w:p w14:paraId="47196BF8" w14:textId="77777777" w:rsidR="0094787C" w:rsidRDefault="00000000">
            <w:r>
              <w:rPr>
                <w:sz w:val="17"/>
              </w:rPr>
              <w:t>Hazard, protective action, reporting instructions, staffing expectations, safety reminders, next update</w:t>
            </w:r>
          </w:p>
        </w:tc>
        <w:tc>
          <w:tcPr>
            <w:tcW w:w="2131" w:type="dxa"/>
            <w:shd w:val="clear" w:color="auto" w:fill="FAFAFA"/>
            <w:vAlign w:val="center"/>
          </w:tcPr>
          <w:p w14:paraId="354FF657" w14:textId="77777777" w:rsidR="0094787C" w:rsidRDefault="00000000">
            <w:r>
              <w:rPr>
                <w:sz w:val="17"/>
              </w:rPr>
              <w:t>Mass alert, email, huddle, PA, phone tree</w:t>
            </w:r>
          </w:p>
        </w:tc>
        <w:tc>
          <w:tcPr>
            <w:tcW w:w="2131" w:type="dxa"/>
            <w:shd w:val="clear" w:color="auto" w:fill="FAFAFA"/>
            <w:vAlign w:val="center"/>
          </w:tcPr>
          <w:p w14:paraId="57AA3B00" w14:textId="77777777" w:rsidR="0094787C" w:rsidRDefault="00000000">
            <w:r>
              <w:rPr>
                <w:sz w:val="17"/>
              </w:rPr>
              <w:t>[INSERT]</w:t>
            </w:r>
          </w:p>
        </w:tc>
        <w:tc>
          <w:tcPr>
            <w:tcW w:w="2131" w:type="dxa"/>
            <w:shd w:val="clear" w:color="auto" w:fill="FAFAFA"/>
            <w:vAlign w:val="center"/>
          </w:tcPr>
          <w:p w14:paraId="38A64F35" w14:textId="77777777" w:rsidR="0094787C" w:rsidRDefault="00000000">
            <w:r>
              <w:rPr>
                <w:sz w:val="17"/>
              </w:rPr>
              <w:t>[INSERT]</w:t>
            </w:r>
          </w:p>
        </w:tc>
      </w:tr>
      <w:tr w:rsidR="0094787C" w14:paraId="16C2EA82" w14:textId="77777777">
        <w:trPr>
          <w:jc w:val="center"/>
        </w:trPr>
        <w:tc>
          <w:tcPr>
            <w:tcW w:w="2131" w:type="dxa"/>
            <w:vAlign w:val="center"/>
          </w:tcPr>
          <w:p w14:paraId="3CF4A164" w14:textId="77777777" w:rsidR="0094787C" w:rsidRDefault="00000000">
            <w:r>
              <w:rPr>
                <w:sz w:val="17"/>
              </w:rPr>
              <w:t>Department leaders / command team</w:t>
            </w:r>
          </w:p>
        </w:tc>
        <w:tc>
          <w:tcPr>
            <w:tcW w:w="2131" w:type="dxa"/>
            <w:vAlign w:val="center"/>
          </w:tcPr>
          <w:p w14:paraId="0FE0410A" w14:textId="77777777" w:rsidR="0094787C" w:rsidRDefault="00000000">
            <w:r>
              <w:rPr>
                <w:sz w:val="17"/>
              </w:rPr>
              <w:t>Situation status, objectives, decisions needed, resource constraints, safety issues</w:t>
            </w:r>
          </w:p>
        </w:tc>
        <w:tc>
          <w:tcPr>
            <w:tcW w:w="2131" w:type="dxa"/>
            <w:vAlign w:val="center"/>
          </w:tcPr>
          <w:p w14:paraId="292BC997" w14:textId="77777777" w:rsidR="0094787C" w:rsidRDefault="00000000">
            <w:r>
              <w:rPr>
                <w:sz w:val="17"/>
              </w:rPr>
              <w:t>Command briefing, Teams, radio, IAP, status board</w:t>
            </w:r>
          </w:p>
        </w:tc>
        <w:tc>
          <w:tcPr>
            <w:tcW w:w="2131" w:type="dxa"/>
            <w:vAlign w:val="center"/>
          </w:tcPr>
          <w:p w14:paraId="0FE17F19" w14:textId="77777777" w:rsidR="0094787C" w:rsidRDefault="00000000">
            <w:r>
              <w:rPr>
                <w:sz w:val="17"/>
              </w:rPr>
              <w:t>[INSERT]</w:t>
            </w:r>
          </w:p>
        </w:tc>
        <w:tc>
          <w:tcPr>
            <w:tcW w:w="2131" w:type="dxa"/>
            <w:vAlign w:val="center"/>
          </w:tcPr>
          <w:p w14:paraId="58D5A25F" w14:textId="77777777" w:rsidR="0094787C" w:rsidRDefault="00000000">
            <w:r>
              <w:rPr>
                <w:sz w:val="17"/>
              </w:rPr>
              <w:t>[INSERT]</w:t>
            </w:r>
          </w:p>
        </w:tc>
      </w:tr>
      <w:tr w:rsidR="0094787C" w14:paraId="5E9514FC" w14:textId="77777777">
        <w:trPr>
          <w:jc w:val="center"/>
        </w:trPr>
        <w:tc>
          <w:tcPr>
            <w:tcW w:w="2131" w:type="dxa"/>
            <w:shd w:val="clear" w:color="auto" w:fill="FAFAFA"/>
            <w:vAlign w:val="center"/>
          </w:tcPr>
          <w:p w14:paraId="4EAB4874" w14:textId="77777777" w:rsidR="0094787C" w:rsidRDefault="00000000">
            <w:r>
              <w:rPr>
                <w:sz w:val="17"/>
              </w:rPr>
              <w:t>Patients / residents</w:t>
            </w:r>
          </w:p>
        </w:tc>
        <w:tc>
          <w:tcPr>
            <w:tcW w:w="2131" w:type="dxa"/>
            <w:shd w:val="clear" w:color="auto" w:fill="FAFAFA"/>
            <w:vAlign w:val="center"/>
          </w:tcPr>
          <w:p w14:paraId="1C077212" w14:textId="77777777" w:rsidR="0094787C" w:rsidRDefault="00000000">
            <w:r>
              <w:rPr>
                <w:sz w:val="17"/>
              </w:rPr>
              <w:t>Plain-language explanation, protective action, expected service changes, how to ask questions</w:t>
            </w:r>
          </w:p>
        </w:tc>
        <w:tc>
          <w:tcPr>
            <w:tcW w:w="2131" w:type="dxa"/>
            <w:shd w:val="clear" w:color="auto" w:fill="FAFAFA"/>
            <w:vAlign w:val="center"/>
          </w:tcPr>
          <w:p w14:paraId="64AFCD8A" w14:textId="77777777" w:rsidR="0094787C" w:rsidRDefault="00000000">
            <w:r>
              <w:rPr>
                <w:sz w:val="17"/>
              </w:rPr>
              <w:t>Unit staff, printed notice, PA, interpreter services</w:t>
            </w:r>
          </w:p>
        </w:tc>
        <w:tc>
          <w:tcPr>
            <w:tcW w:w="2131" w:type="dxa"/>
            <w:shd w:val="clear" w:color="auto" w:fill="FAFAFA"/>
            <w:vAlign w:val="center"/>
          </w:tcPr>
          <w:p w14:paraId="476D1F65" w14:textId="77777777" w:rsidR="0094787C" w:rsidRDefault="00000000">
            <w:r>
              <w:rPr>
                <w:sz w:val="17"/>
              </w:rPr>
              <w:t>[INSERT]</w:t>
            </w:r>
          </w:p>
        </w:tc>
        <w:tc>
          <w:tcPr>
            <w:tcW w:w="2131" w:type="dxa"/>
            <w:shd w:val="clear" w:color="auto" w:fill="FAFAFA"/>
            <w:vAlign w:val="center"/>
          </w:tcPr>
          <w:p w14:paraId="405A2D9F" w14:textId="77777777" w:rsidR="0094787C" w:rsidRDefault="00000000">
            <w:r>
              <w:rPr>
                <w:sz w:val="17"/>
              </w:rPr>
              <w:t>[INSERT]</w:t>
            </w:r>
          </w:p>
        </w:tc>
      </w:tr>
      <w:tr w:rsidR="0094787C" w14:paraId="734FEAF0" w14:textId="77777777">
        <w:trPr>
          <w:jc w:val="center"/>
        </w:trPr>
        <w:tc>
          <w:tcPr>
            <w:tcW w:w="2131" w:type="dxa"/>
            <w:vAlign w:val="center"/>
          </w:tcPr>
          <w:p w14:paraId="1852FACA" w14:textId="77777777" w:rsidR="0094787C" w:rsidRDefault="00000000">
            <w:r>
              <w:rPr>
                <w:sz w:val="17"/>
              </w:rPr>
              <w:t>Families / representatives</w:t>
            </w:r>
          </w:p>
        </w:tc>
        <w:tc>
          <w:tcPr>
            <w:tcW w:w="2131" w:type="dxa"/>
            <w:vAlign w:val="center"/>
          </w:tcPr>
          <w:p w14:paraId="426BD8CC" w14:textId="77777777" w:rsidR="0094787C" w:rsidRDefault="00000000">
            <w:r>
              <w:rPr>
                <w:sz w:val="17"/>
              </w:rPr>
              <w:t>General condition/location process, visitation, relocation, reunification, hotline/contact path</w:t>
            </w:r>
          </w:p>
        </w:tc>
        <w:tc>
          <w:tcPr>
            <w:tcW w:w="2131" w:type="dxa"/>
            <w:vAlign w:val="center"/>
          </w:tcPr>
          <w:p w14:paraId="3E68D38A" w14:textId="77777777" w:rsidR="0094787C" w:rsidRDefault="00000000">
            <w:r>
              <w:rPr>
                <w:sz w:val="17"/>
              </w:rPr>
              <w:t>Call center script, phone, website, recorded line, email</w:t>
            </w:r>
          </w:p>
        </w:tc>
        <w:tc>
          <w:tcPr>
            <w:tcW w:w="2131" w:type="dxa"/>
            <w:vAlign w:val="center"/>
          </w:tcPr>
          <w:p w14:paraId="56882F45" w14:textId="77777777" w:rsidR="0094787C" w:rsidRDefault="00000000">
            <w:r>
              <w:rPr>
                <w:sz w:val="17"/>
              </w:rPr>
              <w:t>[INSERT]</w:t>
            </w:r>
          </w:p>
        </w:tc>
        <w:tc>
          <w:tcPr>
            <w:tcW w:w="2131" w:type="dxa"/>
            <w:vAlign w:val="center"/>
          </w:tcPr>
          <w:p w14:paraId="418A579D" w14:textId="77777777" w:rsidR="0094787C" w:rsidRDefault="00000000">
            <w:r>
              <w:rPr>
                <w:sz w:val="17"/>
              </w:rPr>
              <w:t>[INSERT]</w:t>
            </w:r>
          </w:p>
        </w:tc>
      </w:tr>
      <w:tr w:rsidR="0094787C" w14:paraId="1E56FE37" w14:textId="77777777">
        <w:trPr>
          <w:jc w:val="center"/>
        </w:trPr>
        <w:tc>
          <w:tcPr>
            <w:tcW w:w="2131" w:type="dxa"/>
            <w:shd w:val="clear" w:color="auto" w:fill="FAFAFA"/>
            <w:vAlign w:val="center"/>
          </w:tcPr>
          <w:p w14:paraId="5BF4EF46" w14:textId="77777777" w:rsidR="0094787C" w:rsidRDefault="00000000">
            <w:r>
              <w:rPr>
                <w:sz w:val="17"/>
              </w:rPr>
              <w:t>Receiving providers / transport</w:t>
            </w:r>
          </w:p>
        </w:tc>
        <w:tc>
          <w:tcPr>
            <w:tcW w:w="2131" w:type="dxa"/>
            <w:shd w:val="clear" w:color="auto" w:fill="FAFAFA"/>
            <w:vAlign w:val="center"/>
          </w:tcPr>
          <w:p w14:paraId="5E8C3475" w14:textId="77777777" w:rsidR="0094787C" w:rsidRDefault="00000000">
            <w:r>
              <w:rPr>
                <w:sz w:val="17"/>
              </w:rPr>
              <w:t>Clinical handoff, destination, ETA, acuity, equipment, medications, records, infection/security precautions</w:t>
            </w:r>
          </w:p>
        </w:tc>
        <w:tc>
          <w:tcPr>
            <w:tcW w:w="2131" w:type="dxa"/>
            <w:shd w:val="clear" w:color="auto" w:fill="FAFAFA"/>
            <w:vAlign w:val="center"/>
          </w:tcPr>
          <w:p w14:paraId="43C55926" w14:textId="77777777" w:rsidR="0094787C" w:rsidRDefault="00000000">
            <w:r>
              <w:rPr>
                <w:sz w:val="17"/>
              </w:rPr>
              <w:t>Secure exchange, phone, radio, paper transfer packet</w:t>
            </w:r>
          </w:p>
        </w:tc>
        <w:tc>
          <w:tcPr>
            <w:tcW w:w="2131" w:type="dxa"/>
            <w:shd w:val="clear" w:color="auto" w:fill="FAFAFA"/>
            <w:vAlign w:val="center"/>
          </w:tcPr>
          <w:p w14:paraId="04F9EF2F" w14:textId="77777777" w:rsidR="0094787C" w:rsidRDefault="00000000">
            <w:r>
              <w:rPr>
                <w:sz w:val="17"/>
              </w:rPr>
              <w:t>[INSERT]</w:t>
            </w:r>
          </w:p>
        </w:tc>
        <w:tc>
          <w:tcPr>
            <w:tcW w:w="2131" w:type="dxa"/>
            <w:shd w:val="clear" w:color="auto" w:fill="FAFAFA"/>
            <w:vAlign w:val="center"/>
          </w:tcPr>
          <w:p w14:paraId="03599287" w14:textId="77777777" w:rsidR="0094787C" w:rsidRDefault="00000000">
            <w:r>
              <w:rPr>
                <w:sz w:val="17"/>
              </w:rPr>
              <w:t>[INSERT]</w:t>
            </w:r>
          </w:p>
        </w:tc>
      </w:tr>
      <w:tr w:rsidR="0094787C" w14:paraId="6F8248D7" w14:textId="77777777">
        <w:trPr>
          <w:jc w:val="center"/>
        </w:trPr>
        <w:tc>
          <w:tcPr>
            <w:tcW w:w="2131" w:type="dxa"/>
            <w:vAlign w:val="center"/>
          </w:tcPr>
          <w:p w14:paraId="0A634E2A" w14:textId="77777777" w:rsidR="0094787C" w:rsidRDefault="00000000">
            <w:r>
              <w:rPr>
                <w:sz w:val="17"/>
              </w:rPr>
              <w:t>Emergency management / public health / coalition</w:t>
            </w:r>
          </w:p>
        </w:tc>
        <w:tc>
          <w:tcPr>
            <w:tcW w:w="2131" w:type="dxa"/>
            <w:vAlign w:val="center"/>
          </w:tcPr>
          <w:p w14:paraId="1EBA4DFE" w14:textId="77777777" w:rsidR="0094787C" w:rsidRDefault="00000000">
            <w:r>
              <w:rPr>
                <w:sz w:val="17"/>
              </w:rPr>
              <w:t>Occupancy/census, operational status, resource needs, ability to assist, barriers, requests</w:t>
            </w:r>
          </w:p>
        </w:tc>
        <w:tc>
          <w:tcPr>
            <w:tcW w:w="2131" w:type="dxa"/>
            <w:vAlign w:val="center"/>
          </w:tcPr>
          <w:p w14:paraId="6C4ECD9B" w14:textId="77777777" w:rsidR="0094787C" w:rsidRDefault="00000000">
            <w:r>
              <w:rPr>
                <w:sz w:val="17"/>
              </w:rPr>
              <w:t>Jurisdictional platform, phone, email, radio</w:t>
            </w:r>
          </w:p>
        </w:tc>
        <w:tc>
          <w:tcPr>
            <w:tcW w:w="2131" w:type="dxa"/>
            <w:vAlign w:val="center"/>
          </w:tcPr>
          <w:p w14:paraId="2632A653" w14:textId="77777777" w:rsidR="0094787C" w:rsidRDefault="00000000">
            <w:r>
              <w:rPr>
                <w:sz w:val="17"/>
              </w:rPr>
              <w:t>[INSERT]</w:t>
            </w:r>
          </w:p>
        </w:tc>
        <w:tc>
          <w:tcPr>
            <w:tcW w:w="2131" w:type="dxa"/>
            <w:vAlign w:val="center"/>
          </w:tcPr>
          <w:p w14:paraId="0023911A" w14:textId="77777777" w:rsidR="0094787C" w:rsidRDefault="00000000">
            <w:r>
              <w:rPr>
                <w:sz w:val="17"/>
              </w:rPr>
              <w:t>[INSERT]</w:t>
            </w:r>
          </w:p>
        </w:tc>
      </w:tr>
      <w:tr w:rsidR="0094787C" w14:paraId="0EAF90BD" w14:textId="77777777">
        <w:trPr>
          <w:jc w:val="center"/>
        </w:trPr>
        <w:tc>
          <w:tcPr>
            <w:tcW w:w="2131" w:type="dxa"/>
            <w:shd w:val="clear" w:color="auto" w:fill="FAFAFA"/>
            <w:vAlign w:val="center"/>
          </w:tcPr>
          <w:p w14:paraId="74315B5C" w14:textId="77777777" w:rsidR="0094787C" w:rsidRDefault="00000000">
            <w:r>
              <w:rPr>
                <w:sz w:val="17"/>
              </w:rPr>
              <w:t>Regulators / licensing / survey agency</w:t>
            </w:r>
          </w:p>
        </w:tc>
        <w:tc>
          <w:tcPr>
            <w:tcW w:w="2131" w:type="dxa"/>
            <w:shd w:val="clear" w:color="auto" w:fill="FAFAFA"/>
            <w:vAlign w:val="center"/>
          </w:tcPr>
          <w:p w14:paraId="248ADF5F" w14:textId="77777777" w:rsidR="0094787C" w:rsidRDefault="00000000">
            <w:r>
              <w:rPr>
                <w:sz w:val="17"/>
              </w:rPr>
              <w:t>Reportable incident, evacuation, closure, service limitations, corrective actions as required</w:t>
            </w:r>
          </w:p>
        </w:tc>
        <w:tc>
          <w:tcPr>
            <w:tcW w:w="2131" w:type="dxa"/>
            <w:shd w:val="clear" w:color="auto" w:fill="FAFAFA"/>
            <w:vAlign w:val="center"/>
          </w:tcPr>
          <w:p w14:paraId="7EA7F83B" w14:textId="77777777" w:rsidR="0094787C" w:rsidRDefault="00000000">
            <w:r>
              <w:rPr>
                <w:sz w:val="17"/>
              </w:rPr>
              <w:t>Required reporting method</w:t>
            </w:r>
          </w:p>
        </w:tc>
        <w:tc>
          <w:tcPr>
            <w:tcW w:w="2131" w:type="dxa"/>
            <w:shd w:val="clear" w:color="auto" w:fill="FAFAFA"/>
            <w:vAlign w:val="center"/>
          </w:tcPr>
          <w:p w14:paraId="0CEADC88" w14:textId="77777777" w:rsidR="0094787C" w:rsidRDefault="00000000">
            <w:r>
              <w:rPr>
                <w:sz w:val="17"/>
              </w:rPr>
              <w:t>[INSERT]</w:t>
            </w:r>
          </w:p>
        </w:tc>
        <w:tc>
          <w:tcPr>
            <w:tcW w:w="2131" w:type="dxa"/>
            <w:shd w:val="clear" w:color="auto" w:fill="FAFAFA"/>
            <w:vAlign w:val="center"/>
          </w:tcPr>
          <w:p w14:paraId="291B12DE" w14:textId="77777777" w:rsidR="0094787C" w:rsidRDefault="00000000">
            <w:r>
              <w:rPr>
                <w:sz w:val="17"/>
              </w:rPr>
              <w:t>[INSERT]</w:t>
            </w:r>
          </w:p>
        </w:tc>
      </w:tr>
      <w:tr w:rsidR="0094787C" w14:paraId="44EE9200" w14:textId="77777777">
        <w:trPr>
          <w:jc w:val="center"/>
        </w:trPr>
        <w:tc>
          <w:tcPr>
            <w:tcW w:w="2131" w:type="dxa"/>
            <w:vAlign w:val="center"/>
          </w:tcPr>
          <w:p w14:paraId="00505E15" w14:textId="77777777" w:rsidR="0094787C" w:rsidRDefault="00000000">
            <w:r>
              <w:rPr>
                <w:sz w:val="17"/>
              </w:rPr>
              <w:t>Media / public</w:t>
            </w:r>
          </w:p>
        </w:tc>
        <w:tc>
          <w:tcPr>
            <w:tcW w:w="2131" w:type="dxa"/>
            <w:vAlign w:val="center"/>
          </w:tcPr>
          <w:p w14:paraId="263600AE" w14:textId="77777777" w:rsidR="0094787C" w:rsidRDefault="00000000">
            <w:r>
              <w:rPr>
                <w:sz w:val="17"/>
              </w:rPr>
              <w:t>Approved holding statement, service status, safety instructions, rumor control, next update</w:t>
            </w:r>
          </w:p>
        </w:tc>
        <w:tc>
          <w:tcPr>
            <w:tcW w:w="2131" w:type="dxa"/>
            <w:vAlign w:val="center"/>
          </w:tcPr>
          <w:p w14:paraId="00C4DDC5" w14:textId="77777777" w:rsidR="0094787C" w:rsidRDefault="00000000">
            <w:r>
              <w:rPr>
                <w:sz w:val="17"/>
              </w:rPr>
              <w:t>PIO statement, website, social media, media call</w:t>
            </w:r>
          </w:p>
        </w:tc>
        <w:tc>
          <w:tcPr>
            <w:tcW w:w="2131" w:type="dxa"/>
            <w:vAlign w:val="center"/>
          </w:tcPr>
          <w:p w14:paraId="1B7C862A" w14:textId="77777777" w:rsidR="0094787C" w:rsidRDefault="00000000">
            <w:r>
              <w:rPr>
                <w:sz w:val="17"/>
              </w:rPr>
              <w:t>[INSERT]</w:t>
            </w:r>
          </w:p>
        </w:tc>
        <w:tc>
          <w:tcPr>
            <w:tcW w:w="2131" w:type="dxa"/>
            <w:vAlign w:val="center"/>
          </w:tcPr>
          <w:p w14:paraId="1333CA8F" w14:textId="77777777" w:rsidR="0094787C" w:rsidRDefault="00000000">
            <w:r>
              <w:rPr>
                <w:sz w:val="17"/>
              </w:rPr>
              <w:t>[INSERT]</w:t>
            </w:r>
          </w:p>
        </w:tc>
      </w:tr>
    </w:tbl>
    <w:p w14:paraId="0F63D51E" w14:textId="77777777" w:rsidR="0094787C" w:rsidRDefault="0094787C"/>
    <w:p w14:paraId="03F3AA3B" w14:textId="77777777" w:rsidR="0094787C" w:rsidRDefault="00000000">
      <w:pPr>
        <w:pStyle w:val="Heading1"/>
      </w:pPr>
      <w:r>
        <w:t>SECTION 7  PATIENT, RESIDENT, FAMILY, AND REPRESENTATIVE COMMUNICATION</w:t>
      </w:r>
    </w:p>
    <w:p w14:paraId="35D6541A" w14:textId="77777777" w:rsidR="0094787C" w:rsidRDefault="00000000">
      <w:pPr>
        <w:pStyle w:val="Heading2"/>
      </w:pPr>
      <w:r>
        <w:t>7.1 Information Release and Continuity of Care</w:t>
      </w:r>
    </w:p>
    <w:p w14:paraId="7A654BE6" w14:textId="77777777" w:rsidR="0094787C" w:rsidRDefault="00000000">
      <w:pPr>
        <w:pStyle w:val="ListBullet"/>
      </w:pPr>
      <w:r>
        <w:t>Share medical documentation with receiving providers as necessary to maintain continuity of care, using secure electronic or paper transfer packets when systems are unavailable.</w:t>
      </w:r>
    </w:p>
    <w:p w14:paraId="1B1DAA52" w14:textId="77777777" w:rsidR="0094787C" w:rsidRDefault="00000000">
      <w:pPr>
        <w:pStyle w:val="ListBullet"/>
      </w:pPr>
      <w:r>
        <w:t>During evacuation or relocation, document destination, receiving facility/contact, transport method, departure time, arrival confirmation, and family/representative notification status.</w:t>
      </w:r>
    </w:p>
    <w:p w14:paraId="5C1BD7B1" w14:textId="77777777" w:rsidR="0094787C" w:rsidRDefault="00000000">
      <w:pPr>
        <w:pStyle w:val="ListBullet"/>
      </w:pPr>
      <w:r>
        <w:t>Provide general condition and location information as permitted by applicable privacy law and facility policy.</w:t>
      </w:r>
    </w:p>
    <w:p w14:paraId="332E7B37" w14:textId="77777777" w:rsidR="0094787C" w:rsidRDefault="00000000">
      <w:pPr>
        <w:pStyle w:val="ListBullet"/>
      </w:pPr>
      <w:r>
        <w:lastRenderedPageBreak/>
        <w:t>Use interpreter services, accessible formats, plain language, and communication assistance for individuals with hearing, vision, speech, cognitive, language, behavioral health, or other access and functional needs.</w:t>
      </w:r>
    </w:p>
    <w:p w14:paraId="1939C5A0" w14:textId="77777777" w:rsidR="0094787C" w:rsidRDefault="00000000">
      <w:pPr>
        <w:pStyle w:val="Heading2"/>
      </w:pPr>
      <w:r>
        <w:t>7.2 Family / Representative Update Script</w:t>
      </w:r>
    </w:p>
    <w:tbl>
      <w:tblPr>
        <w:tblStyle w:val="TableGrid"/>
        <w:tblW w:w="0" w:type="auto"/>
        <w:jc w:val="center"/>
        <w:tblLook w:val="04A0" w:firstRow="1" w:lastRow="0" w:firstColumn="1" w:lastColumn="0" w:noHBand="0" w:noVBand="1"/>
      </w:tblPr>
      <w:tblGrid>
        <w:gridCol w:w="2160"/>
        <w:gridCol w:w="8064"/>
      </w:tblGrid>
      <w:tr w:rsidR="0094787C" w14:paraId="79F32A74" w14:textId="77777777">
        <w:trPr>
          <w:jc w:val="center"/>
        </w:trPr>
        <w:tc>
          <w:tcPr>
            <w:tcW w:w="2160" w:type="dxa"/>
            <w:shd w:val="clear" w:color="auto" w:fill="1F4E78"/>
            <w:vAlign w:val="center"/>
          </w:tcPr>
          <w:p w14:paraId="585F3A07" w14:textId="77777777" w:rsidR="0094787C" w:rsidRDefault="00000000">
            <w:r>
              <w:rPr>
                <w:b/>
                <w:color w:val="FFFFFF"/>
                <w:sz w:val="17"/>
              </w:rPr>
              <w:t>Script element</w:t>
            </w:r>
          </w:p>
        </w:tc>
        <w:tc>
          <w:tcPr>
            <w:tcW w:w="8064" w:type="dxa"/>
            <w:shd w:val="clear" w:color="auto" w:fill="1F4E78"/>
            <w:vAlign w:val="center"/>
          </w:tcPr>
          <w:p w14:paraId="58421381" w14:textId="77777777" w:rsidR="0094787C" w:rsidRDefault="00000000">
            <w:r>
              <w:rPr>
                <w:b/>
                <w:color w:val="FFFFFF"/>
                <w:sz w:val="17"/>
              </w:rPr>
              <w:t>Text to complete before use</w:t>
            </w:r>
          </w:p>
        </w:tc>
      </w:tr>
      <w:tr w:rsidR="0094787C" w14:paraId="05D2F028" w14:textId="77777777">
        <w:trPr>
          <w:jc w:val="center"/>
        </w:trPr>
        <w:tc>
          <w:tcPr>
            <w:tcW w:w="2160" w:type="dxa"/>
            <w:shd w:val="clear" w:color="auto" w:fill="FAFAFA"/>
            <w:vAlign w:val="center"/>
          </w:tcPr>
          <w:p w14:paraId="00B0A83E" w14:textId="77777777" w:rsidR="0094787C" w:rsidRDefault="00000000">
            <w:r>
              <w:rPr>
                <w:sz w:val="17"/>
              </w:rPr>
              <w:t>Opening</w:t>
            </w:r>
          </w:p>
        </w:tc>
        <w:tc>
          <w:tcPr>
            <w:tcW w:w="8064" w:type="dxa"/>
            <w:shd w:val="clear" w:color="auto" w:fill="FAFAFA"/>
            <w:vAlign w:val="center"/>
          </w:tcPr>
          <w:p w14:paraId="14330EFE" w14:textId="77777777" w:rsidR="0094787C" w:rsidRDefault="00000000">
            <w:r>
              <w:rPr>
                <w:sz w:val="17"/>
              </w:rPr>
              <w:t>This is [NAME/TITLE] from [FACILITY]. We are contacting you with an emergency update regarding [PATIENT/RESIDENT INITIALS OR APPROVED IDENTIFIER].</w:t>
            </w:r>
          </w:p>
        </w:tc>
      </w:tr>
      <w:tr w:rsidR="0094787C" w14:paraId="2003A732" w14:textId="77777777">
        <w:trPr>
          <w:jc w:val="center"/>
        </w:trPr>
        <w:tc>
          <w:tcPr>
            <w:tcW w:w="2160" w:type="dxa"/>
            <w:vAlign w:val="center"/>
          </w:tcPr>
          <w:p w14:paraId="0853F142" w14:textId="77777777" w:rsidR="0094787C" w:rsidRDefault="00000000">
            <w:r>
              <w:rPr>
                <w:sz w:val="17"/>
              </w:rPr>
              <w:t>Situation</w:t>
            </w:r>
          </w:p>
        </w:tc>
        <w:tc>
          <w:tcPr>
            <w:tcW w:w="8064" w:type="dxa"/>
            <w:vAlign w:val="center"/>
          </w:tcPr>
          <w:p w14:paraId="175B2E15" w14:textId="77777777" w:rsidR="0094787C" w:rsidRDefault="00000000">
            <w:r>
              <w:rPr>
                <w:sz w:val="17"/>
              </w:rPr>
              <w:t>[Brief approved description of event and facility status. Do not speculate.]</w:t>
            </w:r>
          </w:p>
        </w:tc>
      </w:tr>
      <w:tr w:rsidR="0094787C" w14:paraId="59A3D85A" w14:textId="77777777">
        <w:trPr>
          <w:jc w:val="center"/>
        </w:trPr>
        <w:tc>
          <w:tcPr>
            <w:tcW w:w="2160" w:type="dxa"/>
            <w:shd w:val="clear" w:color="auto" w:fill="FAFAFA"/>
            <w:vAlign w:val="center"/>
          </w:tcPr>
          <w:p w14:paraId="4731F6E7" w14:textId="77777777" w:rsidR="0094787C" w:rsidRDefault="00000000">
            <w:r>
              <w:rPr>
                <w:sz w:val="17"/>
              </w:rPr>
              <w:t>Condition / location</w:t>
            </w:r>
          </w:p>
        </w:tc>
        <w:tc>
          <w:tcPr>
            <w:tcW w:w="8064" w:type="dxa"/>
            <w:shd w:val="clear" w:color="auto" w:fill="FAFAFA"/>
            <w:vAlign w:val="center"/>
          </w:tcPr>
          <w:p w14:paraId="62D9D3EB" w14:textId="77777777" w:rsidR="0094787C" w:rsidRDefault="00000000">
            <w:r>
              <w:rPr>
                <w:sz w:val="17"/>
              </w:rPr>
              <w:t>[General condition and location information permitted by law and policy.]</w:t>
            </w:r>
          </w:p>
        </w:tc>
      </w:tr>
      <w:tr w:rsidR="0094787C" w14:paraId="61AE6BCA" w14:textId="77777777">
        <w:trPr>
          <w:jc w:val="center"/>
        </w:trPr>
        <w:tc>
          <w:tcPr>
            <w:tcW w:w="2160" w:type="dxa"/>
            <w:vAlign w:val="center"/>
          </w:tcPr>
          <w:p w14:paraId="7DAFE9CE" w14:textId="77777777" w:rsidR="0094787C" w:rsidRDefault="00000000">
            <w:r>
              <w:rPr>
                <w:sz w:val="17"/>
              </w:rPr>
              <w:t>Action taken</w:t>
            </w:r>
          </w:p>
        </w:tc>
        <w:tc>
          <w:tcPr>
            <w:tcW w:w="8064" w:type="dxa"/>
            <w:vAlign w:val="center"/>
          </w:tcPr>
          <w:p w14:paraId="60A9805D" w14:textId="77777777" w:rsidR="0094787C" w:rsidRDefault="00000000">
            <w:r>
              <w:rPr>
                <w:sz w:val="17"/>
              </w:rPr>
              <w:t>[Shelter-in-place, relocation, transfer, service change, or other action.]</w:t>
            </w:r>
          </w:p>
        </w:tc>
      </w:tr>
      <w:tr w:rsidR="0094787C" w14:paraId="76E88842" w14:textId="77777777">
        <w:trPr>
          <w:jc w:val="center"/>
        </w:trPr>
        <w:tc>
          <w:tcPr>
            <w:tcW w:w="2160" w:type="dxa"/>
            <w:shd w:val="clear" w:color="auto" w:fill="FAFAFA"/>
            <w:vAlign w:val="center"/>
          </w:tcPr>
          <w:p w14:paraId="7B6A15D2" w14:textId="77777777" w:rsidR="0094787C" w:rsidRDefault="00000000">
            <w:r>
              <w:rPr>
                <w:sz w:val="17"/>
              </w:rPr>
              <w:t>Next steps</w:t>
            </w:r>
          </w:p>
        </w:tc>
        <w:tc>
          <w:tcPr>
            <w:tcW w:w="8064" w:type="dxa"/>
            <w:shd w:val="clear" w:color="auto" w:fill="FAFAFA"/>
            <w:vAlign w:val="center"/>
          </w:tcPr>
          <w:p w14:paraId="2FD419A4" w14:textId="77777777" w:rsidR="0094787C" w:rsidRDefault="00000000">
            <w:r>
              <w:rPr>
                <w:sz w:val="17"/>
              </w:rPr>
              <w:t>[Where to call, when next update will be issued, what not to do if applicable.]</w:t>
            </w:r>
          </w:p>
        </w:tc>
      </w:tr>
      <w:tr w:rsidR="0094787C" w14:paraId="520CCF81" w14:textId="77777777">
        <w:trPr>
          <w:jc w:val="center"/>
        </w:trPr>
        <w:tc>
          <w:tcPr>
            <w:tcW w:w="2160" w:type="dxa"/>
            <w:vAlign w:val="center"/>
          </w:tcPr>
          <w:p w14:paraId="51C04A74" w14:textId="77777777" w:rsidR="0094787C" w:rsidRDefault="00000000">
            <w:r>
              <w:rPr>
                <w:sz w:val="17"/>
              </w:rPr>
              <w:t>Documentation</w:t>
            </w:r>
          </w:p>
        </w:tc>
        <w:tc>
          <w:tcPr>
            <w:tcW w:w="8064" w:type="dxa"/>
            <w:vAlign w:val="center"/>
          </w:tcPr>
          <w:p w14:paraId="58F5355B" w14:textId="77777777" w:rsidR="0094787C" w:rsidRDefault="00000000">
            <w:r>
              <w:rPr>
                <w:sz w:val="17"/>
              </w:rPr>
              <w:t>[Name of caller, recipient, time/date, message summary, questions, follow-up needed.]</w:t>
            </w:r>
          </w:p>
        </w:tc>
      </w:tr>
    </w:tbl>
    <w:p w14:paraId="508173D6" w14:textId="77777777" w:rsidR="0094787C" w:rsidRDefault="0094787C"/>
    <w:p w14:paraId="1145A8C5" w14:textId="77777777" w:rsidR="0094787C" w:rsidRDefault="00000000">
      <w:pPr>
        <w:pStyle w:val="Heading1"/>
      </w:pPr>
      <w:r>
        <w:t>SECTION 8  STATUS REPORTING, RESOURCE REQUESTS, AND ABILITY TO ASSIST</w:t>
      </w:r>
    </w:p>
    <w:p w14:paraId="386840BE" w14:textId="77777777" w:rsidR="0094787C" w:rsidRDefault="00000000">
      <w:pPr>
        <w:pStyle w:val="Heading2"/>
      </w:pPr>
      <w:r>
        <w:t>8.1 Status Report to Authority Having Jurisdiction / Incident Command / Healthcare Coalition</w:t>
      </w:r>
    </w:p>
    <w:tbl>
      <w:tblPr>
        <w:tblStyle w:val="TableGrid"/>
        <w:tblW w:w="0" w:type="auto"/>
        <w:jc w:val="center"/>
        <w:tblLook w:val="04A0" w:firstRow="1" w:lastRow="0" w:firstColumn="1" w:lastColumn="0" w:noHBand="0" w:noVBand="1"/>
      </w:tblPr>
      <w:tblGrid>
        <w:gridCol w:w="2880"/>
        <w:gridCol w:w="7344"/>
      </w:tblGrid>
      <w:tr w:rsidR="0094787C" w14:paraId="75E6D800" w14:textId="77777777">
        <w:trPr>
          <w:jc w:val="center"/>
        </w:trPr>
        <w:tc>
          <w:tcPr>
            <w:tcW w:w="2880" w:type="dxa"/>
            <w:shd w:val="clear" w:color="auto" w:fill="1F4E78"/>
            <w:vAlign w:val="center"/>
          </w:tcPr>
          <w:p w14:paraId="12889530" w14:textId="77777777" w:rsidR="0094787C" w:rsidRDefault="00000000">
            <w:r>
              <w:rPr>
                <w:b/>
                <w:color w:val="FFFFFF"/>
                <w:sz w:val="17"/>
              </w:rPr>
              <w:t>Reporting element</w:t>
            </w:r>
          </w:p>
        </w:tc>
        <w:tc>
          <w:tcPr>
            <w:tcW w:w="7344" w:type="dxa"/>
            <w:shd w:val="clear" w:color="auto" w:fill="1F4E78"/>
            <w:vAlign w:val="center"/>
          </w:tcPr>
          <w:p w14:paraId="1CD015F3" w14:textId="77777777" w:rsidR="0094787C" w:rsidRDefault="00000000">
            <w:r>
              <w:rPr>
                <w:b/>
                <w:color w:val="FFFFFF"/>
                <w:sz w:val="17"/>
              </w:rPr>
              <w:t>Facility entry / process</w:t>
            </w:r>
          </w:p>
        </w:tc>
      </w:tr>
      <w:tr w:rsidR="0094787C" w14:paraId="05413194" w14:textId="77777777">
        <w:trPr>
          <w:jc w:val="center"/>
        </w:trPr>
        <w:tc>
          <w:tcPr>
            <w:tcW w:w="2880" w:type="dxa"/>
            <w:shd w:val="clear" w:color="auto" w:fill="FAFAFA"/>
            <w:vAlign w:val="center"/>
          </w:tcPr>
          <w:p w14:paraId="33F97834" w14:textId="77777777" w:rsidR="0094787C" w:rsidRDefault="00000000">
            <w:r>
              <w:rPr>
                <w:sz w:val="17"/>
              </w:rPr>
              <w:t>Facility status</w:t>
            </w:r>
          </w:p>
        </w:tc>
        <w:tc>
          <w:tcPr>
            <w:tcW w:w="7344" w:type="dxa"/>
            <w:shd w:val="clear" w:color="auto" w:fill="FAFAFA"/>
            <w:vAlign w:val="center"/>
          </w:tcPr>
          <w:p w14:paraId="048534A4" w14:textId="77777777" w:rsidR="0094787C" w:rsidRDefault="00000000">
            <w:r>
              <w:rPr>
                <w:sz w:val="17"/>
              </w:rPr>
              <w:t>[Open / limited services / sheltering / evacuating / closed / receiving evacuees]</w:t>
            </w:r>
          </w:p>
        </w:tc>
      </w:tr>
      <w:tr w:rsidR="0094787C" w14:paraId="1D8F4484" w14:textId="77777777">
        <w:trPr>
          <w:jc w:val="center"/>
        </w:trPr>
        <w:tc>
          <w:tcPr>
            <w:tcW w:w="2880" w:type="dxa"/>
            <w:vAlign w:val="center"/>
          </w:tcPr>
          <w:p w14:paraId="31179E82" w14:textId="77777777" w:rsidR="0094787C" w:rsidRDefault="00000000">
            <w:r>
              <w:rPr>
                <w:sz w:val="17"/>
              </w:rPr>
              <w:t>Occupancy / census</w:t>
            </w:r>
          </w:p>
        </w:tc>
        <w:tc>
          <w:tcPr>
            <w:tcW w:w="7344" w:type="dxa"/>
            <w:vAlign w:val="center"/>
          </w:tcPr>
          <w:p w14:paraId="7228AD5A" w14:textId="77777777" w:rsidR="0094787C" w:rsidRDefault="00000000">
            <w:r>
              <w:rPr>
                <w:sz w:val="17"/>
              </w:rPr>
              <w:t>[Current census, available beds/rooms, specialty capacity, isolation capability]</w:t>
            </w:r>
          </w:p>
        </w:tc>
      </w:tr>
      <w:tr w:rsidR="0094787C" w14:paraId="6AC553F0" w14:textId="77777777">
        <w:trPr>
          <w:jc w:val="center"/>
        </w:trPr>
        <w:tc>
          <w:tcPr>
            <w:tcW w:w="2880" w:type="dxa"/>
            <w:shd w:val="clear" w:color="auto" w:fill="FAFAFA"/>
            <w:vAlign w:val="center"/>
          </w:tcPr>
          <w:p w14:paraId="1C44484F" w14:textId="77777777" w:rsidR="0094787C" w:rsidRDefault="00000000">
            <w:r>
              <w:rPr>
                <w:sz w:val="17"/>
              </w:rPr>
              <w:t>Immediate needs</w:t>
            </w:r>
          </w:p>
        </w:tc>
        <w:tc>
          <w:tcPr>
            <w:tcW w:w="7344" w:type="dxa"/>
            <w:shd w:val="clear" w:color="auto" w:fill="FAFAFA"/>
            <w:vAlign w:val="center"/>
          </w:tcPr>
          <w:p w14:paraId="0296B5B3" w14:textId="77777777" w:rsidR="0094787C" w:rsidRDefault="00000000">
            <w:r>
              <w:rPr>
                <w:sz w:val="17"/>
              </w:rPr>
              <w:t>[Power, fuel, water, staffing, transport, oxygen, medications, PPE, evacuation assets, security]</w:t>
            </w:r>
          </w:p>
        </w:tc>
      </w:tr>
      <w:tr w:rsidR="0094787C" w14:paraId="2E28C2F3" w14:textId="77777777">
        <w:trPr>
          <w:jc w:val="center"/>
        </w:trPr>
        <w:tc>
          <w:tcPr>
            <w:tcW w:w="2880" w:type="dxa"/>
            <w:vAlign w:val="center"/>
          </w:tcPr>
          <w:p w14:paraId="2F321C12" w14:textId="77777777" w:rsidR="0094787C" w:rsidRDefault="00000000">
            <w:r>
              <w:rPr>
                <w:sz w:val="17"/>
              </w:rPr>
              <w:t>Ability to assist</w:t>
            </w:r>
          </w:p>
        </w:tc>
        <w:tc>
          <w:tcPr>
            <w:tcW w:w="7344" w:type="dxa"/>
            <w:vAlign w:val="center"/>
          </w:tcPr>
          <w:p w14:paraId="306BAF17" w14:textId="77777777" w:rsidR="0094787C" w:rsidRDefault="00000000">
            <w:r>
              <w:rPr>
                <w:sz w:val="17"/>
              </w:rPr>
              <w:t>[Can receive patients/residents? Can share supplies/staff/equipment? Constraints?]</w:t>
            </w:r>
          </w:p>
        </w:tc>
      </w:tr>
      <w:tr w:rsidR="0094787C" w14:paraId="1E2C8B23" w14:textId="77777777">
        <w:trPr>
          <w:jc w:val="center"/>
        </w:trPr>
        <w:tc>
          <w:tcPr>
            <w:tcW w:w="2880" w:type="dxa"/>
            <w:shd w:val="clear" w:color="auto" w:fill="FAFAFA"/>
            <w:vAlign w:val="center"/>
          </w:tcPr>
          <w:p w14:paraId="6CCBA397" w14:textId="77777777" w:rsidR="0094787C" w:rsidRDefault="00000000">
            <w:r>
              <w:rPr>
                <w:sz w:val="17"/>
              </w:rPr>
              <w:t>Operational barriers</w:t>
            </w:r>
          </w:p>
        </w:tc>
        <w:tc>
          <w:tcPr>
            <w:tcW w:w="7344" w:type="dxa"/>
            <w:shd w:val="clear" w:color="auto" w:fill="FAFAFA"/>
            <w:vAlign w:val="center"/>
          </w:tcPr>
          <w:p w14:paraId="5B4FC45A" w14:textId="77777777" w:rsidR="0094787C" w:rsidRDefault="00000000">
            <w:r>
              <w:rPr>
                <w:sz w:val="17"/>
              </w:rPr>
              <w:t>[Road access, utilities, communications, staffing, supply chain, IT, safety/security]</w:t>
            </w:r>
          </w:p>
        </w:tc>
      </w:tr>
      <w:tr w:rsidR="0094787C" w14:paraId="6E9479E5" w14:textId="77777777">
        <w:trPr>
          <w:jc w:val="center"/>
        </w:trPr>
        <w:tc>
          <w:tcPr>
            <w:tcW w:w="2880" w:type="dxa"/>
            <w:vAlign w:val="center"/>
          </w:tcPr>
          <w:p w14:paraId="2DE27A68" w14:textId="77777777" w:rsidR="0094787C" w:rsidRDefault="00000000">
            <w:r>
              <w:rPr>
                <w:sz w:val="17"/>
              </w:rPr>
              <w:t>Requested support</w:t>
            </w:r>
          </w:p>
        </w:tc>
        <w:tc>
          <w:tcPr>
            <w:tcW w:w="7344" w:type="dxa"/>
            <w:vAlign w:val="center"/>
          </w:tcPr>
          <w:p w14:paraId="647EC690" w14:textId="77777777" w:rsidR="0094787C" w:rsidRDefault="00000000">
            <w:r>
              <w:rPr>
                <w:sz w:val="17"/>
              </w:rPr>
              <w:t>[Specific item/service, quantity, priority, delivery location, point of contact]</w:t>
            </w:r>
          </w:p>
        </w:tc>
      </w:tr>
      <w:tr w:rsidR="0094787C" w14:paraId="4C91C0BB" w14:textId="77777777">
        <w:trPr>
          <w:jc w:val="center"/>
        </w:trPr>
        <w:tc>
          <w:tcPr>
            <w:tcW w:w="2880" w:type="dxa"/>
            <w:shd w:val="clear" w:color="auto" w:fill="FAFAFA"/>
            <w:vAlign w:val="center"/>
          </w:tcPr>
          <w:p w14:paraId="5115427F" w14:textId="77777777" w:rsidR="0094787C" w:rsidRDefault="00000000">
            <w:r>
              <w:rPr>
                <w:sz w:val="17"/>
              </w:rPr>
              <w:t>Next report due</w:t>
            </w:r>
          </w:p>
        </w:tc>
        <w:tc>
          <w:tcPr>
            <w:tcW w:w="7344" w:type="dxa"/>
            <w:shd w:val="clear" w:color="auto" w:fill="FAFAFA"/>
            <w:vAlign w:val="center"/>
          </w:tcPr>
          <w:p w14:paraId="37A4E92A" w14:textId="77777777" w:rsidR="0094787C" w:rsidRDefault="00000000">
            <w:r>
              <w:rPr>
                <w:sz w:val="17"/>
              </w:rPr>
              <w:t>[INSERT time / trigger]</w:t>
            </w:r>
          </w:p>
        </w:tc>
      </w:tr>
    </w:tbl>
    <w:p w14:paraId="0E9BA2EC" w14:textId="77777777" w:rsidR="0094787C" w:rsidRDefault="0094787C"/>
    <w:p w14:paraId="03C5FB2D" w14:textId="77777777" w:rsidR="0094787C" w:rsidRDefault="00000000">
      <w:pPr>
        <w:pStyle w:val="Heading1"/>
      </w:pPr>
      <w:r>
        <w:t>SECTION 9  MESSAGE APPROVAL, DOCUMENTATION, AND RUMOR CONTROL</w:t>
      </w:r>
    </w:p>
    <w:p w14:paraId="5D418CBE" w14:textId="77777777" w:rsidR="0094787C" w:rsidRDefault="00000000">
      <w:pPr>
        <w:pStyle w:val="Heading2"/>
      </w:pPr>
      <w:r>
        <w:t>9.1 Message Approval Matrix</w:t>
      </w:r>
    </w:p>
    <w:tbl>
      <w:tblPr>
        <w:tblStyle w:val="TableGrid"/>
        <w:tblW w:w="0" w:type="auto"/>
        <w:jc w:val="center"/>
        <w:tblLook w:val="04A0" w:firstRow="1" w:lastRow="0" w:firstColumn="1" w:lastColumn="0" w:noHBand="0" w:noVBand="1"/>
      </w:tblPr>
      <w:tblGrid>
        <w:gridCol w:w="2130"/>
        <w:gridCol w:w="2130"/>
        <w:gridCol w:w="2129"/>
        <w:gridCol w:w="2129"/>
        <w:gridCol w:w="2128"/>
      </w:tblGrid>
      <w:tr w:rsidR="0094787C" w14:paraId="71CFE353" w14:textId="77777777">
        <w:trPr>
          <w:jc w:val="center"/>
        </w:trPr>
        <w:tc>
          <w:tcPr>
            <w:tcW w:w="2131" w:type="dxa"/>
            <w:shd w:val="clear" w:color="auto" w:fill="1F4E78"/>
            <w:vAlign w:val="center"/>
          </w:tcPr>
          <w:p w14:paraId="36C132FC" w14:textId="77777777" w:rsidR="0094787C" w:rsidRDefault="00000000">
            <w:r>
              <w:rPr>
                <w:b/>
                <w:color w:val="FFFFFF"/>
                <w:sz w:val="17"/>
              </w:rPr>
              <w:t>Message type</w:t>
            </w:r>
          </w:p>
        </w:tc>
        <w:tc>
          <w:tcPr>
            <w:tcW w:w="2131" w:type="dxa"/>
            <w:shd w:val="clear" w:color="auto" w:fill="1F4E78"/>
            <w:vAlign w:val="center"/>
          </w:tcPr>
          <w:p w14:paraId="2CCDBED8" w14:textId="77777777" w:rsidR="0094787C" w:rsidRDefault="00000000">
            <w:r>
              <w:rPr>
                <w:b/>
                <w:color w:val="FFFFFF"/>
                <w:sz w:val="17"/>
              </w:rPr>
              <w:t>Drafted by</w:t>
            </w:r>
          </w:p>
        </w:tc>
        <w:tc>
          <w:tcPr>
            <w:tcW w:w="2131" w:type="dxa"/>
            <w:shd w:val="clear" w:color="auto" w:fill="1F4E78"/>
            <w:vAlign w:val="center"/>
          </w:tcPr>
          <w:p w14:paraId="6C1F4161" w14:textId="77777777" w:rsidR="0094787C" w:rsidRDefault="00000000">
            <w:r>
              <w:rPr>
                <w:b/>
                <w:color w:val="FFFFFF"/>
                <w:sz w:val="17"/>
              </w:rPr>
              <w:t>Approved by</w:t>
            </w:r>
          </w:p>
        </w:tc>
        <w:tc>
          <w:tcPr>
            <w:tcW w:w="2131" w:type="dxa"/>
            <w:shd w:val="clear" w:color="auto" w:fill="1F4E78"/>
            <w:vAlign w:val="center"/>
          </w:tcPr>
          <w:p w14:paraId="061C0913" w14:textId="77777777" w:rsidR="0094787C" w:rsidRDefault="00000000">
            <w:r>
              <w:rPr>
                <w:b/>
                <w:color w:val="FFFFFF"/>
                <w:sz w:val="17"/>
              </w:rPr>
              <w:t>Distribution channels</w:t>
            </w:r>
          </w:p>
        </w:tc>
        <w:tc>
          <w:tcPr>
            <w:tcW w:w="2131" w:type="dxa"/>
            <w:shd w:val="clear" w:color="auto" w:fill="1F4E78"/>
            <w:vAlign w:val="center"/>
          </w:tcPr>
          <w:p w14:paraId="7C94C17D" w14:textId="77777777" w:rsidR="0094787C" w:rsidRDefault="00000000">
            <w:r>
              <w:rPr>
                <w:b/>
                <w:color w:val="FFFFFF"/>
                <w:sz w:val="17"/>
              </w:rPr>
              <w:t>Log required?</w:t>
            </w:r>
          </w:p>
        </w:tc>
      </w:tr>
      <w:tr w:rsidR="0094787C" w14:paraId="034146C8" w14:textId="77777777">
        <w:trPr>
          <w:jc w:val="center"/>
        </w:trPr>
        <w:tc>
          <w:tcPr>
            <w:tcW w:w="2131" w:type="dxa"/>
            <w:shd w:val="clear" w:color="auto" w:fill="FAFAFA"/>
            <w:vAlign w:val="center"/>
          </w:tcPr>
          <w:p w14:paraId="4F50DE5D" w14:textId="77777777" w:rsidR="0094787C" w:rsidRDefault="00000000">
            <w:r>
              <w:rPr>
                <w:sz w:val="17"/>
              </w:rPr>
              <w:t>Internal workforce alert</w:t>
            </w:r>
          </w:p>
        </w:tc>
        <w:tc>
          <w:tcPr>
            <w:tcW w:w="2131" w:type="dxa"/>
            <w:shd w:val="clear" w:color="auto" w:fill="FAFAFA"/>
            <w:vAlign w:val="center"/>
          </w:tcPr>
          <w:p w14:paraId="6C6F6F52" w14:textId="77777777" w:rsidR="0094787C" w:rsidRDefault="00000000">
            <w:r>
              <w:rPr>
                <w:sz w:val="17"/>
              </w:rPr>
              <w:t>[INSERT]</w:t>
            </w:r>
          </w:p>
        </w:tc>
        <w:tc>
          <w:tcPr>
            <w:tcW w:w="2131" w:type="dxa"/>
            <w:shd w:val="clear" w:color="auto" w:fill="FAFAFA"/>
            <w:vAlign w:val="center"/>
          </w:tcPr>
          <w:p w14:paraId="0A0E9F51" w14:textId="77777777" w:rsidR="0094787C" w:rsidRDefault="00000000">
            <w:r>
              <w:rPr>
                <w:sz w:val="17"/>
              </w:rPr>
              <w:t>[INSERT]</w:t>
            </w:r>
          </w:p>
        </w:tc>
        <w:tc>
          <w:tcPr>
            <w:tcW w:w="2131" w:type="dxa"/>
            <w:shd w:val="clear" w:color="auto" w:fill="FAFAFA"/>
            <w:vAlign w:val="center"/>
          </w:tcPr>
          <w:p w14:paraId="6E02AA15" w14:textId="77777777" w:rsidR="0094787C" w:rsidRDefault="00000000">
            <w:r>
              <w:rPr>
                <w:sz w:val="17"/>
              </w:rPr>
              <w:t>[INSERT]</w:t>
            </w:r>
          </w:p>
        </w:tc>
        <w:tc>
          <w:tcPr>
            <w:tcW w:w="2131" w:type="dxa"/>
            <w:shd w:val="clear" w:color="auto" w:fill="FAFAFA"/>
            <w:vAlign w:val="center"/>
          </w:tcPr>
          <w:p w14:paraId="7743E8A7" w14:textId="77777777" w:rsidR="0094787C" w:rsidRDefault="00000000">
            <w:r>
              <w:rPr>
                <w:sz w:val="17"/>
              </w:rPr>
              <w:t>Yes</w:t>
            </w:r>
          </w:p>
        </w:tc>
      </w:tr>
      <w:tr w:rsidR="0094787C" w14:paraId="0E999CC7" w14:textId="77777777">
        <w:trPr>
          <w:jc w:val="center"/>
        </w:trPr>
        <w:tc>
          <w:tcPr>
            <w:tcW w:w="2131" w:type="dxa"/>
            <w:vAlign w:val="center"/>
          </w:tcPr>
          <w:p w14:paraId="7A4520B9" w14:textId="77777777" w:rsidR="0094787C" w:rsidRDefault="00000000">
            <w:r>
              <w:rPr>
                <w:sz w:val="17"/>
              </w:rPr>
              <w:t>Patient/resident/family message</w:t>
            </w:r>
          </w:p>
        </w:tc>
        <w:tc>
          <w:tcPr>
            <w:tcW w:w="2131" w:type="dxa"/>
            <w:vAlign w:val="center"/>
          </w:tcPr>
          <w:p w14:paraId="490550A5" w14:textId="77777777" w:rsidR="0094787C" w:rsidRDefault="00000000">
            <w:r>
              <w:rPr>
                <w:sz w:val="17"/>
              </w:rPr>
              <w:t>[INSERT]</w:t>
            </w:r>
          </w:p>
        </w:tc>
        <w:tc>
          <w:tcPr>
            <w:tcW w:w="2131" w:type="dxa"/>
            <w:vAlign w:val="center"/>
          </w:tcPr>
          <w:p w14:paraId="6BF3A906" w14:textId="77777777" w:rsidR="0094787C" w:rsidRDefault="00000000">
            <w:r>
              <w:rPr>
                <w:sz w:val="17"/>
              </w:rPr>
              <w:t>[INSERT]</w:t>
            </w:r>
          </w:p>
        </w:tc>
        <w:tc>
          <w:tcPr>
            <w:tcW w:w="2131" w:type="dxa"/>
            <w:vAlign w:val="center"/>
          </w:tcPr>
          <w:p w14:paraId="7DA83846" w14:textId="77777777" w:rsidR="0094787C" w:rsidRDefault="00000000">
            <w:r>
              <w:rPr>
                <w:sz w:val="17"/>
              </w:rPr>
              <w:t>[INSERT]</w:t>
            </w:r>
          </w:p>
        </w:tc>
        <w:tc>
          <w:tcPr>
            <w:tcW w:w="2131" w:type="dxa"/>
            <w:vAlign w:val="center"/>
          </w:tcPr>
          <w:p w14:paraId="3983C141" w14:textId="77777777" w:rsidR="0094787C" w:rsidRDefault="00000000">
            <w:r>
              <w:rPr>
                <w:sz w:val="17"/>
              </w:rPr>
              <w:t>Yes</w:t>
            </w:r>
          </w:p>
        </w:tc>
      </w:tr>
      <w:tr w:rsidR="0094787C" w14:paraId="3E1AB6C4" w14:textId="77777777">
        <w:trPr>
          <w:jc w:val="center"/>
        </w:trPr>
        <w:tc>
          <w:tcPr>
            <w:tcW w:w="2131" w:type="dxa"/>
            <w:shd w:val="clear" w:color="auto" w:fill="FAFAFA"/>
            <w:vAlign w:val="center"/>
          </w:tcPr>
          <w:p w14:paraId="362040AE" w14:textId="77777777" w:rsidR="0094787C" w:rsidRDefault="00000000">
            <w:r>
              <w:rPr>
                <w:sz w:val="17"/>
              </w:rPr>
              <w:t>Media/public statement</w:t>
            </w:r>
          </w:p>
        </w:tc>
        <w:tc>
          <w:tcPr>
            <w:tcW w:w="2131" w:type="dxa"/>
            <w:shd w:val="clear" w:color="auto" w:fill="FAFAFA"/>
            <w:vAlign w:val="center"/>
          </w:tcPr>
          <w:p w14:paraId="0E5E2A81" w14:textId="77777777" w:rsidR="0094787C" w:rsidRDefault="00000000">
            <w:r>
              <w:rPr>
                <w:sz w:val="17"/>
              </w:rPr>
              <w:t>PIO / Communications Lead</w:t>
            </w:r>
          </w:p>
        </w:tc>
        <w:tc>
          <w:tcPr>
            <w:tcW w:w="2131" w:type="dxa"/>
            <w:shd w:val="clear" w:color="auto" w:fill="FAFAFA"/>
            <w:vAlign w:val="center"/>
          </w:tcPr>
          <w:p w14:paraId="4D9161CB" w14:textId="77777777" w:rsidR="0094787C" w:rsidRDefault="00000000">
            <w:r>
              <w:rPr>
                <w:sz w:val="17"/>
              </w:rPr>
              <w:t>Incident Commander / CEO / Administrator</w:t>
            </w:r>
          </w:p>
        </w:tc>
        <w:tc>
          <w:tcPr>
            <w:tcW w:w="2131" w:type="dxa"/>
            <w:shd w:val="clear" w:color="auto" w:fill="FAFAFA"/>
            <w:vAlign w:val="center"/>
          </w:tcPr>
          <w:p w14:paraId="5D6174CC" w14:textId="77777777" w:rsidR="0094787C" w:rsidRDefault="00000000">
            <w:r>
              <w:rPr>
                <w:sz w:val="17"/>
              </w:rPr>
              <w:t>[INSERT]</w:t>
            </w:r>
          </w:p>
        </w:tc>
        <w:tc>
          <w:tcPr>
            <w:tcW w:w="2131" w:type="dxa"/>
            <w:shd w:val="clear" w:color="auto" w:fill="FAFAFA"/>
            <w:vAlign w:val="center"/>
          </w:tcPr>
          <w:p w14:paraId="7ECA9DF5" w14:textId="77777777" w:rsidR="0094787C" w:rsidRDefault="00000000">
            <w:r>
              <w:rPr>
                <w:sz w:val="17"/>
              </w:rPr>
              <w:t>Yes</w:t>
            </w:r>
          </w:p>
        </w:tc>
      </w:tr>
      <w:tr w:rsidR="0094787C" w14:paraId="47C6052A" w14:textId="77777777">
        <w:trPr>
          <w:jc w:val="center"/>
        </w:trPr>
        <w:tc>
          <w:tcPr>
            <w:tcW w:w="2131" w:type="dxa"/>
            <w:vAlign w:val="center"/>
          </w:tcPr>
          <w:p w14:paraId="21E2534C" w14:textId="77777777" w:rsidR="0094787C" w:rsidRDefault="00000000">
            <w:r>
              <w:rPr>
                <w:sz w:val="17"/>
              </w:rPr>
              <w:t>Regulatory notification</w:t>
            </w:r>
          </w:p>
        </w:tc>
        <w:tc>
          <w:tcPr>
            <w:tcW w:w="2131" w:type="dxa"/>
            <w:vAlign w:val="center"/>
          </w:tcPr>
          <w:p w14:paraId="02A25923" w14:textId="77777777" w:rsidR="0094787C" w:rsidRDefault="00000000">
            <w:r>
              <w:rPr>
                <w:sz w:val="17"/>
              </w:rPr>
              <w:t>[INSERT]</w:t>
            </w:r>
          </w:p>
        </w:tc>
        <w:tc>
          <w:tcPr>
            <w:tcW w:w="2131" w:type="dxa"/>
            <w:vAlign w:val="center"/>
          </w:tcPr>
          <w:p w14:paraId="294254FB" w14:textId="77777777" w:rsidR="0094787C" w:rsidRDefault="00000000">
            <w:r>
              <w:rPr>
                <w:sz w:val="17"/>
              </w:rPr>
              <w:t>[INSERT]</w:t>
            </w:r>
          </w:p>
        </w:tc>
        <w:tc>
          <w:tcPr>
            <w:tcW w:w="2131" w:type="dxa"/>
            <w:vAlign w:val="center"/>
          </w:tcPr>
          <w:p w14:paraId="70C2DCAD" w14:textId="77777777" w:rsidR="0094787C" w:rsidRDefault="00000000">
            <w:r>
              <w:rPr>
                <w:sz w:val="17"/>
              </w:rPr>
              <w:t>[INSERT]</w:t>
            </w:r>
          </w:p>
        </w:tc>
        <w:tc>
          <w:tcPr>
            <w:tcW w:w="2131" w:type="dxa"/>
            <w:vAlign w:val="center"/>
          </w:tcPr>
          <w:p w14:paraId="7E98D23A" w14:textId="77777777" w:rsidR="0094787C" w:rsidRDefault="00000000">
            <w:r>
              <w:rPr>
                <w:sz w:val="17"/>
              </w:rPr>
              <w:t>Yes</w:t>
            </w:r>
          </w:p>
        </w:tc>
      </w:tr>
      <w:tr w:rsidR="0094787C" w14:paraId="1CC8C974" w14:textId="77777777">
        <w:trPr>
          <w:jc w:val="center"/>
        </w:trPr>
        <w:tc>
          <w:tcPr>
            <w:tcW w:w="2131" w:type="dxa"/>
            <w:shd w:val="clear" w:color="auto" w:fill="FAFAFA"/>
            <w:vAlign w:val="center"/>
          </w:tcPr>
          <w:p w14:paraId="12C0ED1C" w14:textId="77777777" w:rsidR="0094787C" w:rsidRDefault="00000000">
            <w:r>
              <w:rPr>
                <w:sz w:val="17"/>
              </w:rPr>
              <w:t>Operational status report</w:t>
            </w:r>
          </w:p>
        </w:tc>
        <w:tc>
          <w:tcPr>
            <w:tcW w:w="2131" w:type="dxa"/>
            <w:shd w:val="clear" w:color="auto" w:fill="FAFAFA"/>
            <w:vAlign w:val="center"/>
          </w:tcPr>
          <w:p w14:paraId="0E54FE47" w14:textId="77777777" w:rsidR="0094787C" w:rsidRDefault="00000000">
            <w:r>
              <w:rPr>
                <w:sz w:val="17"/>
              </w:rPr>
              <w:t>Planning / Liaison</w:t>
            </w:r>
          </w:p>
        </w:tc>
        <w:tc>
          <w:tcPr>
            <w:tcW w:w="2131" w:type="dxa"/>
            <w:shd w:val="clear" w:color="auto" w:fill="FAFAFA"/>
            <w:vAlign w:val="center"/>
          </w:tcPr>
          <w:p w14:paraId="6DAB989F" w14:textId="77777777" w:rsidR="0094787C" w:rsidRDefault="00000000">
            <w:r>
              <w:rPr>
                <w:sz w:val="17"/>
              </w:rPr>
              <w:t>Incident Commander / designee</w:t>
            </w:r>
          </w:p>
        </w:tc>
        <w:tc>
          <w:tcPr>
            <w:tcW w:w="2131" w:type="dxa"/>
            <w:shd w:val="clear" w:color="auto" w:fill="FAFAFA"/>
            <w:vAlign w:val="center"/>
          </w:tcPr>
          <w:p w14:paraId="6B0AF9C1" w14:textId="77777777" w:rsidR="0094787C" w:rsidRDefault="00000000">
            <w:r>
              <w:rPr>
                <w:sz w:val="17"/>
              </w:rPr>
              <w:t>[INSERT]</w:t>
            </w:r>
          </w:p>
        </w:tc>
        <w:tc>
          <w:tcPr>
            <w:tcW w:w="2131" w:type="dxa"/>
            <w:shd w:val="clear" w:color="auto" w:fill="FAFAFA"/>
            <w:vAlign w:val="center"/>
          </w:tcPr>
          <w:p w14:paraId="1F1C53D5" w14:textId="77777777" w:rsidR="0094787C" w:rsidRDefault="00000000">
            <w:r>
              <w:rPr>
                <w:sz w:val="17"/>
              </w:rPr>
              <w:t>Yes</w:t>
            </w:r>
          </w:p>
        </w:tc>
      </w:tr>
      <w:tr w:rsidR="0094787C" w14:paraId="7EDB520B" w14:textId="77777777">
        <w:trPr>
          <w:jc w:val="center"/>
        </w:trPr>
        <w:tc>
          <w:tcPr>
            <w:tcW w:w="2131" w:type="dxa"/>
            <w:vAlign w:val="center"/>
          </w:tcPr>
          <w:p w14:paraId="5DE52E05" w14:textId="77777777" w:rsidR="0094787C" w:rsidRDefault="00000000">
            <w:r>
              <w:rPr>
                <w:sz w:val="17"/>
              </w:rPr>
              <w:t>Correction / rumor control</w:t>
            </w:r>
          </w:p>
        </w:tc>
        <w:tc>
          <w:tcPr>
            <w:tcW w:w="2131" w:type="dxa"/>
            <w:vAlign w:val="center"/>
          </w:tcPr>
          <w:p w14:paraId="3C236F93" w14:textId="77777777" w:rsidR="0094787C" w:rsidRDefault="00000000">
            <w:r>
              <w:rPr>
                <w:sz w:val="17"/>
              </w:rPr>
              <w:t>PIO / Communications Lead</w:t>
            </w:r>
          </w:p>
        </w:tc>
        <w:tc>
          <w:tcPr>
            <w:tcW w:w="2131" w:type="dxa"/>
            <w:vAlign w:val="center"/>
          </w:tcPr>
          <w:p w14:paraId="367C3A9C" w14:textId="77777777" w:rsidR="0094787C" w:rsidRDefault="00000000">
            <w:r>
              <w:rPr>
                <w:sz w:val="17"/>
              </w:rPr>
              <w:t>Incident Commander / designee</w:t>
            </w:r>
          </w:p>
        </w:tc>
        <w:tc>
          <w:tcPr>
            <w:tcW w:w="2131" w:type="dxa"/>
            <w:vAlign w:val="center"/>
          </w:tcPr>
          <w:p w14:paraId="56E15534" w14:textId="77777777" w:rsidR="0094787C" w:rsidRDefault="00000000">
            <w:r>
              <w:rPr>
                <w:sz w:val="17"/>
              </w:rPr>
              <w:t>[INSERT]</w:t>
            </w:r>
          </w:p>
        </w:tc>
        <w:tc>
          <w:tcPr>
            <w:tcW w:w="2131" w:type="dxa"/>
            <w:vAlign w:val="center"/>
          </w:tcPr>
          <w:p w14:paraId="1D8E8043" w14:textId="77777777" w:rsidR="0094787C" w:rsidRDefault="00000000">
            <w:r>
              <w:rPr>
                <w:sz w:val="17"/>
              </w:rPr>
              <w:t>Yes</w:t>
            </w:r>
          </w:p>
        </w:tc>
      </w:tr>
    </w:tbl>
    <w:p w14:paraId="3EE769AE" w14:textId="77777777" w:rsidR="0094787C" w:rsidRDefault="0094787C"/>
    <w:p w14:paraId="4ECE1173" w14:textId="77777777" w:rsidR="0094787C" w:rsidRDefault="00000000">
      <w:pPr>
        <w:pStyle w:val="Heading2"/>
      </w:pPr>
      <w:r>
        <w:t>9.2 Standard Message Format</w:t>
      </w:r>
    </w:p>
    <w:tbl>
      <w:tblPr>
        <w:tblStyle w:val="TableGrid"/>
        <w:tblW w:w="0" w:type="auto"/>
        <w:jc w:val="center"/>
        <w:tblLook w:val="04A0" w:firstRow="1" w:lastRow="0" w:firstColumn="1" w:lastColumn="0" w:noHBand="0" w:noVBand="1"/>
      </w:tblPr>
      <w:tblGrid>
        <w:gridCol w:w="5323"/>
        <w:gridCol w:w="5323"/>
      </w:tblGrid>
      <w:tr w:rsidR="0094787C" w14:paraId="40A23C3B" w14:textId="77777777">
        <w:trPr>
          <w:jc w:val="center"/>
        </w:trPr>
        <w:tc>
          <w:tcPr>
            <w:tcW w:w="5328" w:type="dxa"/>
            <w:shd w:val="clear" w:color="auto" w:fill="1F4E78"/>
            <w:vAlign w:val="center"/>
          </w:tcPr>
          <w:p w14:paraId="52804F6E" w14:textId="77777777" w:rsidR="0094787C" w:rsidRDefault="00000000">
            <w:r>
              <w:rPr>
                <w:b/>
                <w:color w:val="FFFFFF"/>
                <w:sz w:val="17"/>
              </w:rPr>
              <w:t>Field</w:t>
            </w:r>
          </w:p>
        </w:tc>
        <w:tc>
          <w:tcPr>
            <w:tcW w:w="5328" w:type="dxa"/>
            <w:shd w:val="clear" w:color="auto" w:fill="1F4E78"/>
            <w:vAlign w:val="center"/>
          </w:tcPr>
          <w:p w14:paraId="1F7402F5" w14:textId="77777777" w:rsidR="0094787C" w:rsidRDefault="00000000">
            <w:r>
              <w:rPr>
                <w:b/>
                <w:color w:val="FFFFFF"/>
                <w:sz w:val="17"/>
              </w:rPr>
              <w:t>Instructions</w:t>
            </w:r>
          </w:p>
        </w:tc>
      </w:tr>
      <w:tr w:rsidR="0094787C" w14:paraId="30B85A48" w14:textId="77777777">
        <w:trPr>
          <w:jc w:val="center"/>
        </w:trPr>
        <w:tc>
          <w:tcPr>
            <w:tcW w:w="5328" w:type="dxa"/>
            <w:shd w:val="clear" w:color="auto" w:fill="FAFAFA"/>
            <w:vAlign w:val="center"/>
          </w:tcPr>
          <w:p w14:paraId="2AED8B5C" w14:textId="77777777" w:rsidR="0094787C" w:rsidRDefault="00000000">
            <w:r>
              <w:rPr>
                <w:sz w:val="17"/>
              </w:rPr>
              <w:t>Date/time issued</w:t>
            </w:r>
          </w:p>
        </w:tc>
        <w:tc>
          <w:tcPr>
            <w:tcW w:w="5328" w:type="dxa"/>
            <w:shd w:val="clear" w:color="auto" w:fill="FAFAFA"/>
            <w:vAlign w:val="center"/>
          </w:tcPr>
          <w:p w14:paraId="76081FC9" w14:textId="77777777" w:rsidR="0094787C" w:rsidRDefault="00000000">
            <w:r>
              <w:rPr>
                <w:sz w:val="17"/>
              </w:rPr>
              <w:t>[INSERT]</w:t>
            </w:r>
          </w:p>
        </w:tc>
      </w:tr>
      <w:tr w:rsidR="0094787C" w14:paraId="082BE31D" w14:textId="77777777">
        <w:trPr>
          <w:jc w:val="center"/>
        </w:trPr>
        <w:tc>
          <w:tcPr>
            <w:tcW w:w="5328" w:type="dxa"/>
            <w:vAlign w:val="center"/>
          </w:tcPr>
          <w:p w14:paraId="2B6C442A" w14:textId="77777777" w:rsidR="0094787C" w:rsidRDefault="00000000">
            <w:r>
              <w:rPr>
                <w:sz w:val="17"/>
              </w:rPr>
              <w:t>Event / incident name</w:t>
            </w:r>
          </w:p>
        </w:tc>
        <w:tc>
          <w:tcPr>
            <w:tcW w:w="5328" w:type="dxa"/>
            <w:vAlign w:val="center"/>
          </w:tcPr>
          <w:p w14:paraId="737FC816" w14:textId="77777777" w:rsidR="0094787C" w:rsidRDefault="00000000">
            <w:r>
              <w:rPr>
                <w:sz w:val="17"/>
              </w:rPr>
              <w:t>[INSERT]</w:t>
            </w:r>
          </w:p>
        </w:tc>
      </w:tr>
      <w:tr w:rsidR="0094787C" w14:paraId="71550C3C" w14:textId="77777777">
        <w:trPr>
          <w:jc w:val="center"/>
        </w:trPr>
        <w:tc>
          <w:tcPr>
            <w:tcW w:w="5328" w:type="dxa"/>
            <w:shd w:val="clear" w:color="auto" w:fill="FAFAFA"/>
            <w:vAlign w:val="center"/>
          </w:tcPr>
          <w:p w14:paraId="16B49166" w14:textId="77777777" w:rsidR="0094787C" w:rsidRDefault="00000000">
            <w:r>
              <w:rPr>
                <w:sz w:val="17"/>
              </w:rPr>
              <w:t>Audience</w:t>
            </w:r>
          </w:p>
        </w:tc>
        <w:tc>
          <w:tcPr>
            <w:tcW w:w="5328" w:type="dxa"/>
            <w:shd w:val="clear" w:color="auto" w:fill="FAFAFA"/>
            <w:vAlign w:val="center"/>
          </w:tcPr>
          <w:p w14:paraId="283AC2EF" w14:textId="77777777" w:rsidR="0094787C" w:rsidRDefault="00000000">
            <w:r>
              <w:rPr>
                <w:sz w:val="17"/>
              </w:rPr>
              <w:t>[Staff / families / partners / regulators / media / public]</w:t>
            </w:r>
          </w:p>
        </w:tc>
      </w:tr>
      <w:tr w:rsidR="0094787C" w14:paraId="0E6BA0D2" w14:textId="77777777">
        <w:trPr>
          <w:jc w:val="center"/>
        </w:trPr>
        <w:tc>
          <w:tcPr>
            <w:tcW w:w="5328" w:type="dxa"/>
            <w:vAlign w:val="center"/>
          </w:tcPr>
          <w:p w14:paraId="66C34996" w14:textId="77777777" w:rsidR="0094787C" w:rsidRDefault="00000000">
            <w:r>
              <w:rPr>
                <w:sz w:val="17"/>
              </w:rPr>
              <w:lastRenderedPageBreak/>
              <w:t>Key message</w:t>
            </w:r>
          </w:p>
        </w:tc>
        <w:tc>
          <w:tcPr>
            <w:tcW w:w="5328" w:type="dxa"/>
            <w:vAlign w:val="center"/>
          </w:tcPr>
          <w:p w14:paraId="6CEAFFFE" w14:textId="77777777" w:rsidR="0094787C" w:rsidRDefault="00000000">
            <w:r>
              <w:rPr>
                <w:sz w:val="17"/>
              </w:rPr>
              <w:t>[What happened, what it means, what action is required, where to get updates]</w:t>
            </w:r>
          </w:p>
        </w:tc>
      </w:tr>
      <w:tr w:rsidR="0094787C" w14:paraId="0F5FDE47" w14:textId="77777777">
        <w:trPr>
          <w:jc w:val="center"/>
        </w:trPr>
        <w:tc>
          <w:tcPr>
            <w:tcW w:w="5328" w:type="dxa"/>
            <w:shd w:val="clear" w:color="auto" w:fill="FAFAFA"/>
            <w:vAlign w:val="center"/>
          </w:tcPr>
          <w:p w14:paraId="52056158" w14:textId="77777777" w:rsidR="0094787C" w:rsidRDefault="00000000">
            <w:r>
              <w:rPr>
                <w:sz w:val="17"/>
              </w:rPr>
              <w:t>Protective action</w:t>
            </w:r>
          </w:p>
        </w:tc>
        <w:tc>
          <w:tcPr>
            <w:tcW w:w="5328" w:type="dxa"/>
            <w:shd w:val="clear" w:color="auto" w:fill="FAFAFA"/>
            <w:vAlign w:val="center"/>
          </w:tcPr>
          <w:p w14:paraId="33744AA1" w14:textId="77777777" w:rsidR="0094787C" w:rsidRDefault="00000000">
            <w:r>
              <w:rPr>
                <w:sz w:val="17"/>
              </w:rPr>
              <w:t>[Evacuate, shelter, lockdown, avoid area, conserve resources, report status, etc.]</w:t>
            </w:r>
          </w:p>
        </w:tc>
      </w:tr>
      <w:tr w:rsidR="0094787C" w14:paraId="662A4E96" w14:textId="77777777">
        <w:trPr>
          <w:jc w:val="center"/>
        </w:trPr>
        <w:tc>
          <w:tcPr>
            <w:tcW w:w="5328" w:type="dxa"/>
            <w:vAlign w:val="center"/>
          </w:tcPr>
          <w:p w14:paraId="6BDF10D3" w14:textId="77777777" w:rsidR="0094787C" w:rsidRDefault="00000000">
            <w:r>
              <w:rPr>
                <w:sz w:val="17"/>
              </w:rPr>
              <w:t>Approval</w:t>
            </w:r>
          </w:p>
        </w:tc>
        <w:tc>
          <w:tcPr>
            <w:tcW w:w="5328" w:type="dxa"/>
            <w:vAlign w:val="center"/>
          </w:tcPr>
          <w:p w14:paraId="67954FFB" w14:textId="77777777" w:rsidR="0094787C" w:rsidRDefault="00000000">
            <w:r>
              <w:rPr>
                <w:sz w:val="17"/>
              </w:rPr>
              <w:t>[Name/title/time]</w:t>
            </w:r>
          </w:p>
        </w:tc>
      </w:tr>
      <w:tr w:rsidR="0094787C" w14:paraId="7A3FA0AA" w14:textId="77777777">
        <w:trPr>
          <w:jc w:val="center"/>
        </w:trPr>
        <w:tc>
          <w:tcPr>
            <w:tcW w:w="5328" w:type="dxa"/>
            <w:shd w:val="clear" w:color="auto" w:fill="FAFAFA"/>
            <w:vAlign w:val="center"/>
          </w:tcPr>
          <w:p w14:paraId="0015BABF" w14:textId="77777777" w:rsidR="0094787C" w:rsidRDefault="00000000">
            <w:r>
              <w:rPr>
                <w:sz w:val="17"/>
              </w:rPr>
              <w:t>Distribution record</w:t>
            </w:r>
          </w:p>
        </w:tc>
        <w:tc>
          <w:tcPr>
            <w:tcW w:w="5328" w:type="dxa"/>
            <w:shd w:val="clear" w:color="auto" w:fill="FAFAFA"/>
            <w:vAlign w:val="center"/>
          </w:tcPr>
          <w:p w14:paraId="5CA9D43A" w14:textId="77777777" w:rsidR="0094787C" w:rsidRDefault="00000000">
            <w:r>
              <w:rPr>
                <w:sz w:val="17"/>
              </w:rPr>
              <w:t>[Channels used, recipient groups, failures, follow-up]</w:t>
            </w:r>
          </w:p>
        </w:tc>
      </w:tr>
    </w:tbl>
    <w:p w14:paraId="7603A14D" w14:textId="77777777" w:rsidR="0094787C" w:rsidRDefault="0094787C"/>
    <w:p w14:paraId="044FF772" w14:textId="77777777" w:rsidR="0094787C" w:rsidRDefault="00000000">
      <w:pPr>
        <w:pStyle w:val="Heading1"/>
      </w:pPr>
      <w:r>
        <w:t>SECTION 10  COMMUNICATIONS DOWNTIME AND REDUNDANCY PROCEDURES</w:t>
      </w:r>
    </w:p>
    <w:p w14:paraId="0AD47642" w14:textId="77777777" w:rsidR="0094787C" w:rsidRDefault="00000000">
      <w:pPr>
        <w:pStyle w:val="Heading2"/>
      </w:pPr>
      <w:r>
        <w:t>10.1 Communications Failure Annex</w:t>
      </w:r>
    </w:p>
    <w:tbl>
      <w:tblPr>
        <w:tblStyle w:val="TableGrid"/>
        <w:tblW w:w="0" w:type="auto"/>
        <w:jc w:val="center"/>
        <w:tblLook w:val="04A0" w:firstRow="1" w:lastRow="0" w:firstColumn="1" w:lastColumn="0" w:noHBand="0" w:noVBand="1"/>
      </w:tblPr>
      <w:tblGrid>
        <w:gridCol w:w="2661"/>
        <w:gridCol w:w="2662"/>
        <w:gridCol w:w="2661"/>
        <w:gridCol w:w="2662"/>
      </w:tblGrid>
      <w:tr w:rsidR="0094787C" w14:paraId="0539EE1D" w14:textId="77777777">
        <w:trPr>
          <w:jc w:val="center"/>
        </w:trPr>
        <w:tc>
          <w:tcPr>
            <w:tcW w:w="2664" w:type="dxa"/>
            <w:shd w:val="clear" w:color="auto" w:fill="1F4E78"/>
            <w:vAlign w:val="center"/>
          </w:tcPr>
          <w:p w14:paraId="13C96B0A" w14:textId="77777777" w:rsidR="0094787C" w:rsidRDefault="00000000">
            <w:r>
              <w:rPr>
                <w:b/>
                <w:color w:val="FFFFFF"/>
                <w:sz w:val="17"/>
              </w:rPr>
              <w:t>Failure condition</w:t>
            </w:r>
          </w:p>
        </w:tc>
        <w:tc>
          <w:tcPr>
            <w:tcW w:w="2664" w:type="dxa"/>
            <w:shd w:val="clear" w:color="auto" w:fill="1F4E78"/>
            <w:vAlign w:val="center"/>
          </w:tcPr>
          <w:p w14:paraId="311C26CA" w14:textId="77777777" w:rsidR="0094787C" w:rsidRDefault="00000000">
            <w:r>
              <w:rPr>
                <w:b/>
                <w:color w:val="FFFFFF"/>
                <w:sz w:val="17"/>
              </w:rPr>
              <w:t>Immediate action</w:t>
            </w:r>
          </w:p>
        </w:tc>
        <w:tc>
          <w:tcPr>
            <w:tcW w:w="2664" w:type="dxa"/>
            <w:shd w:val="clear" w:color="auto" w:fill="1F4E78"/>
            <w:vAlign w:val="center"/>
          </w:tcPr>
          <w:p w14:paraId="2008EA27" w14:textId="77777777" w:rsidR="0094787C" w:rsidRDefault="00000000">
            <w:r>
              <w:rPr>
                <w:b/>
                <w:color w:val="FFFFFF"/>
                <w:sz w:val="17"/>
              </w:rPr>
              <w:t>Backup method</w:t>
            </w:r>
          </w:p>
        </w:tc>
        <w:tc>
          <w:tcPr>
            <w:tcW w:w="2664" w:type="dxa"/>
            <w:shd w:val="clear" w:color="auto" w:fill="1F4E78"/>
            <w:vAlign w:val="center"/>
          </w:tcPr>
          <w:p w14:paraId="110B9AAF" w14:textId="77777777" w:rsidR="0094787C" w:rsidRDefault="00000000">
            <w:r>
              <w:rPr>
                <w:b/>
                <w:color w:val="FFFFFF"/>
                <w:sz w:val="17"/>
              </w:rPr>
              <w:t>Documentation</w:t>
            </w:r>
          </w:p>
        </w:tc>
      </w:tr>
      <w:tr w:rsidR="0094787C" w14:paraId="73E0681A" w14:textId="77777777">
        <w:trPr>
          <w:jc w:val="center"/>
        </w:trPr>
        <w:tc>
          <w:tcPr>
            <w:tcW w:w="2664" w:type="dxa"/>
            <w:shd w:val="clear" w:color="auto" w:fill="FAFAFA"/>
            <w:vAlign w:val="center"/>
          </w:tcPr>
          <w:p w14:paraId="1A708D67" w14:textId="77777777" w:rsidR="0094787C" w:rsidRDefault="00000000">
            <w:r>
              <w:rPr>
                <w:sz w:val="17"/>
              </w:rPr>
              <w:t>Phone outage</w:t>
            </w:r>
          </w:p>
        </w:tc>
        <w:tc>
          <w:tcPr>
            <w:tcW w:w="2664" w:type="dxa"/>
            <w:shd w:val="clear" w:color="auto" w:fill="FAFAFA"/>
            <w:vAlign w:val="center"/>
          </w:tcPr>
          <w:p w14:paraId="6AED6B1A" w14:textId="77777777" w:rsidR="0094787C" w:rsidRDefault="00000000">
            <w:r>
              <w:rPr>
                <w:sz w:val="17"/>
              </w:rPr>
              <w:t>Notify command, IT/telecom, and departments. Post unit instructions.</w:t>
            </w:r>
          </w:p>
        </w:tc>
        <w:tc>
          <w:tcPr>
            <w:tcW w:w="2664" w:type="dxa"/>
            <w:shd w:val="clear" w:color="auto" w:fill="FAFAFA"/>
            <w:vAlign w:val="center"/>
          </w:tcPr>
          <w:p w14:paraId="3132B79D" w14:textId="77777777" w:rsidR="0094787C" w:rsidRDefault="00000000">
            <w:r>
              <w:rPr>
                <w:sz w:val="17"/>
              </w:rPr>
              <w:t>Cellular, radios, runners, analog line</w:t>
            </w:r>
          </w:p>
        </w:tc>
        <w:tc>
          <w:tcPr>
            <w:tcW w:w="2664" w:type="dxa"/>
            <w:shd w:val="clear" w:color="auto" w:fill="FAFAFA"/>
            <w:vAlign w:val="center"/>
          </w:tcPr>
          <w:p w14:paraId="01BABC8F" w14:textId="77777777" w:rsidR="0094787C" w:rsidRDefault="00000000">
            <w:r>
              <w:rPr>
                <w:sz w:val="17"/>
              </w:rPr>
              <w:t>Outage log and restoration updates</w:t>
            </w:r>
          </w:p>
        </w:tc>
      </w:tr>
      <w:tr w:rsidR="0094787C" w14:paraId="652D671A" w14:textId="77777777">
        <w:trPr>
          <w:jc w:val="center"/>
        </w:trPr>
        <w:tc>
          <w:tcPr>
            <w:tcW w:w="2664" w:type="dxa"/>
            <w:vAlign w:val="center"/>
          </w:tcPr>
          <w:p w14:paraId="0306A975" w14:textId="77777777" w:rsidR="0094787C" w:rsidRDefault="00000000">
            <w:r>
              <w:rPr>
                <w:sz w:val="17"/>
              </w:rPr>
              <w:t>Cellular outage</w:t>
            </w:r>
          </w:p>
        </w:tc>
        <w:tc>
          <w:tcPr>
            <w:tcW w:w="2664" w:type="dxa"/>
            <w:vAlign w:val="center"/>
          </w:tcPr>
          <w:p w14:paraId="319FA939" w14:textId="77777777" w:rsidR="0094787C" w:rsidRDefault="00000000">
            <w:r>
              <w:rPr>
                <w:sz w:val="17"/>
              </w:rPr>
              <w:t>Use landlines, radios, email if available, and runner system.</w:t>
            </w:r>
          </w:p>
        </w:tc>
        <w:tc>
          <w:tcPr>
            <w:tcW w:w="2664" w:type="dxa"/>
            <w:vAlign w:val="center"/>
          </w:tcPr>
          <w:p w14:paraId="552BC0A2" w14:textId="77777777" w:rsidR="0094787C" w:rsidRDefault="00000000">
            <w:r>
              <w:rPr>
                <w:sz w:val="17"/>
              </w:rPr>
              <w:t>Landline/VoIP, radio, printed messages</w:t>
            </w:r>
          </w:p>
        </w:tc>
        <w:tc>
          <w:tcPr>
            <w:tcW w:w="2664" w:type="dxa"/>
            <w:vAlign w:val="center"/>
          </w:tcPr>
          <w:p w14:paraId="0A89D7ED" w14:textId="77777777" w:rsidR="0094787C" w:rsidRDefault="00000000">
            <w:r>
              <w:rPr>
                <w:sz w:val="17"/>
              </w:rPr>
              <w:t>Message log and failed contact list</w:t>
            </w:r>
          </w:p>
        </w:tc>
      </w:tr>
      <w:tr w:rsidR="0094787C" w14:paraId="4152F776" w14:textId="77777777">
        <w:trPr>
          <w:jc w:val="center"/>
        </w:trPr>
        <w:tc>
          <w:tcPr>
            <w:tcW w:w="2664" w:type="dxa"/>
            <w:shd w:val="clear" w:color="auto" w:fill="FAFAFA"/>
            <w:vAlign w:val="center"/>
          </w:tcPr>
          <w:p w14:paraId="19D93FA4" w14:textId="77777777" w:rsidR="0094787C" w:rsidRDefault="00000000">
            <w:r>
              <w:rPr>
                <w:sz w:val="17"/>
              </w:rPr>
              <w:t>Internet / email outage</w:t>
            </w:r>
          </w:p>
        </w:tc>
        <w:tc>
          <w:tcPr>
            <w:tcW w:w="2664" w:type="dxa"/>
            <w:shd w:val="clear" w:color="auto" w:fill="FAFAFA"/>
            <w:vAlign w:val="center"/>
          </w:tcPr>
          <w:p w14:paraId="3E6B3F55" w14:textId="77777777" w:rsidR="0094787C" w:rsidRDefault="00000000">
            <w:r>
              <w:rPr>
                <w:sz w:val="17"/>
              </w:rPr>
              <w:t>Switch to phone/radio/printed IAP. Establish status board.</w:t>
            </w:r>
          </w:p>
        </w:tc>
        <w:tc>
          <w:tcPr>
            <w:tcW w:w="2664" w:type="dxa"/>
            <w:shd w:val="clear" w:color="auto" w:fill="FAFAFA"/>
            <w:vAlign w:val="center"/>
          </w:tcPr>
          <w:p w14:paraId="33698808" w14:textId="77777777" w:rsidR="0094787C" w:rsidRDefault="00000000">
            <w:r>
              <w:rPr>
                <w:sz w:val="17"/>
              </w:rPr>
              <w:t>Phone tree, runners, radio, paper forms</w:t>
            </w:r>
          </w:p>
        </w:tc>
        <w:tc>
          <w:tcPr>
            <w:tcW w:w="2664" w:type="dxa"/>
            <w:shd w:val="clear" w:color="auto" w:fill="FAFAFA"/>
            <w:vAlign w:val="center"/>
          </w:tcPr>
          <w:p w14:paraId="729460D0" w14:textId="77777777" w:rsidR="0094787C" w:rsidRDefault="00000000">
            <w:r>
              <w:rPr>
                <w:sz w:val="17"/>
              </w:rPr>
              <w:t>Downtime form and recovery time</w:t>
            </w:r>
          </w:p>
        </w:tc>
      </w:tr>
      <w:tr w:rsidR="0094787C" w14:paraId="72D8F5CF" w14:textId="77777777">
        <w:trPr>
          <w:jc w:val="center"/>
        </w:trPr>
        <w:tc>
          <w:tcPr>
            <w:tcW w:w="2664" w:type="dxa"/>
            <w:vAlign w:val="center"/>
          </w:tcPr>
          <w:p w14:paraId="26EC32ED" w14:textId="77777777" w:rsidR="0094787C" w:rsidRDefault="00000000">
            <w:r>
              <w:rPr>
                <w:sz w:val="17"/>
              </w:rPr>
              <w:t>EHR / clinical system outage</w:t>
            </w:r>
          </w:p>
        </w:tc>
        <w:tc>
          <w:tcPr>
            <w:tcW w:w="2664" w:type="dxa"/>
            <w:vAlign w:val="center"/>
          </w:tcPr>
          <w:p w14:paraId="4E6A6565" w14:textId="77777777" w:rsidR="0094787C" w:rsidRDefault="00000000">
            <w:r>
              <w:rPr>
                <w:sz w:val="17"/>
              </w:rPr>
              <w:t>Activate downtime forms and transfer packet process.</w:t>
            </w:r>
          </w:p>
        </w:tc>
        <w:tc>
          <w:tcPr>
            <w:tcW w:w="2664" w:type="dxa"/>
            <w:vAlign w:val="center"/>
          </w:tcPr>
          <w:p w14:paraId="62C0AF7A" w14:textId="77777777" w:rsidR="0094787C" w:rsidRDefault="00000000">
            <w:r>
              <w:rPr>
                <w:sz w:val="17"/>
              </w:rPr>
              <w:t>Paper records, fax, secure courier, verbal handoff</w:t>
            </w:r>
          </w:p>
        </w:tc>
        <w:tc>
          <w:tcPr>
            <w:tcW w:w="2664" w:type="dxa"/>
            <w:vAlign w:val="center"/>
          </w:tcPr>
          <w:p w14:paraId="1518C8B8" w14:textId="77777777" w:rsidR="0094787C" w:rsidRDefault="00000000">
            <w:r>
              <w:rPr>
                <w:sz w:val="17"/>
              </w:rPr>
              <w:t>Downtime packet and reconciliation</w:t>
            </w:r>
          </w:p>
        </w:tc>
      </w:tr>
      <w:tr w:rsidR="0094787C" w14:paraId="1B7B91F9" w14:textId="77777777">
        <w:trPr>
          <w:jc w:val="center"/>
        </w:trPr>
        <w:tc>
          <w:tcPr>
            <w:tcW w:w="2664" w:type="dxa"/>
            <w:shd w:val="clear" w:color="auto" w:fill="FAFAFA"/>
            <w:vAlign w:val="center"/>
          </w:tcPr>
          <w:p w14:paraId="085B0488" w14:textId="77777777" w:rsidR="0094787C" w:rsidRDefault="00000000">
            <w:r>
              <w:rPr>
                <w:sz w:val="17"/>
              </w:rPr>
              <w:t>Mass notification vendor outage</w:t>
            </w:r>
          </w:p>
        </w:tc>
        <w:tc>
          <w:tcPr>
            <w:tcW w:w="2664" w:type="dxa"/>
            <w:shd w:val="clear" w:color="auto" w:fill="FAFAFA"/>
            <w:vAlign w:val="center"/>
          </w:tcPr>
          <w:p w14:paraId="26C9927A" w14:textId="77777777" w:rsidR="0094787C" w:rsidRDefault="00000000">
            <w:r>
              <w:rPr>
                <w:sz w:val="17"/>
              </w:rPr>
              <w:t>Activate manual call tree by department and staff recall list.</w:t>
            </w:r>
          </w:p>
        </w:tc>
        <w:tc>
          <w:tcPr>
            <w:tcW w:w="2664" w:type="dxa"/>
            <w:shd w:val="clear" w:color="auto" w:fill="FAFAFA"/>
            <w:vAlign w:val="center"/>
          </w:tcPr>
          <w:p w14:paraId="1E050739" w14:textId="77777777" w:rsidR="0094787C" w:rsidRDefault="00000000">
            <w:r>
              <w:rPr>
                <w:sz w:val="17"/>
              </w:rPr>
              <w:t>Call tree, huddles, runners, PA</w:t>
            </w:r>
          </w:p>
        </w:tc>
        <w:tc>
          <w:tcPr>
            <w:tcW w:w="2664" w:type="dxa"/>
            <w:shd w:val="clear" w:color="auto" w:fill="FAFAFA"/>
            <w:vAlign w:val="center"/>
          </w:tcPr>
          <w:p w14:paraId="41F2D253" w14:textId="77777777" w:rsidR="0094787C" w:rsidRDefault="00000000">
            <w:r>
              <w:rPr>
                <w:sz w:val="17"/>
              </w:rPr>
              <w:t>Call tree completion tracker</w:t>
            </w:r>
          </w:p>
        </w:tc>
      </w:tr>
      <w:tr w:rsidR="0094787C" w14:paraId="5DDA449C" w14:textId="77777777">
        <w:trPr>
          <w:jc w:val="center"/>
        </w:trPr>
        <w:tc>
          <w:tcPr>
            <w:tcW w:w="2664" w:type="dxa"/>
            <w:vAlign w:val="center"/>
          </w:tcPr>
          <w:p w14:paraId="6E9BAC6F" w14:textId="77777777" w:rsidR="0094787C" w:rsidRDefault="00000000">
            <w:r>
              <w:rPr>
                <w:sz w:val="17"/>
              </w:rPr>
              <w:t>Radio failure</w:t>
            </w:r>
          </w:p>
        </w:tc>
        <w:tc>
          <w:tcPr>
            <w:tcW w:w="2664" w:type="dxa"/>
            <w:vAlign w:val="center"/>
          </w:tcPr>
          <w:p w14:paraId="65331A41" w14:textId="77777777" w:rsidR="0094787C" w:rsidRDefault="00000000">
            <w:r>
              <w:rPr>
                <w:sz w:val="17"/>
              </w:rPr>
              <w:t>Issue spare batteries, check channel plan, change to backup method.</w:t>
            </w:r>
          </w:p>
        </w:tc>
        <w:tc>
          <w:tcPr>
            <w:tcW w:w="2664" w:type="dxa"/>
            <w:vAlign w:val="center"/>
          </w:tcPr>
          <w:p w14:paraId="74831A3C" w14:textId="77777777" w:rsidR="0094787C" w:rsidRDefault="00000000">
            <w:r>
              <w:rPr>
                <w:sz w:val="17"/>
              </w:rPr>
              <w:t>Phones, runners, status board</w:t>
            </w:r>
          </w:p>
        </w:tc>
        <w:tc>
          <w:tcPr>
            <w:tcW w:w="2664" w:type="dxa"/>
            <w:vAlign w:val="center"/>
          </w:tcPr>
          <w:p w14:paraId="64925BD7" w14:textId="77777777" w:rsidR="0094787C" w:rsidRDefault="00000000">
            <w:r>
              <w:rPr>
                <w:sz w:val="17"/>
              </w:rPr>
              <w:t>Equipment log and restoration record</w:t>
            </w:r>
          </w:p>
        </w:tc>
      </w:tr>
    </w:tbl>
    <w:p w14:paraId="1986F808" w14:textId="77777777" w:rsidR="0094787C" w:rsidRDefault="0094787C"/>
    <w:p w14:paraId="69E5F8D6" w14:textId="77777777" w:rsidR="0094787C" w:rsidRDefault="00000000">
      <w:pPr>
        <w:pStyle w:val="Heading1"/>
      </w:pPr>
      <w:r>
        <w:t>SECTION 11  TRAINING, TESTING, AND IMPROVEMENT</w:t>
      </w:r>
    </w:p>
    <w:p w14:paraId="368810D8" w14:textId="77777777" w:rsidR="0094787C" w:rsidRDefault="00000000">
      <w:pPr>
        <w:pStyle w:val="Heading2"/>
      </w:pPr>
      <w:r>
        <w:t>11.1 Training Requirements</w:t>
      </w:r>
    </w:p>
    <w:tbl>
      <w:tblPr>
        <w:tblStyle w:val="TableGrid"/>
        <w:tblW w:w="0" w:type="auto"/>
        <w:jc w:val="center"/>
        <w:tblLook w:val="04A0" w:firstRow="1" w:lastRow="0" w:firstColumn="1" w:lastColumn="0" w:noHBand="0" w:noVBand="1"/>
      </w:tblPr>
      <w:tblGrid>
        <w:gridCol w:w="2662"/>
        <w:gridCol w:w="2662"/>
        <w:gridCol w:w="2661"/>
        <w:gridCol w:w="2661"/>
      </w:tblGrid>
      <w:tr w:rsidR="0094787C" w14:paraId="0EE2F464" w14:textId="77777777">
        <w:trPr>
          <w:jc w:val="center"/>
        </w:trPr>
        <w:tc>
          <w:tcPr>
            <w:tcW w:w="2664" w:type="dxa"/>
            <w:shd w:val="clear" w:color="auto" w:fill="1F4E78"/>
            <w:vAlign w:val="center"/>
          </w:tcPr>
          <w:p w14:paraId="1CFB05EA" w14:textId="77777777" w:rsidR="0094787C" w:rsidRDefault="00000000">
            <w:r>
              <w:rPr>
                <w:b/>
                <w:color w:val="FFFFFF"/>
                <w:sz w:val="17"/>
              </w:rPr>
              <w:t>Audience</w:t>
            </w:r>
          </w:p>
        </w:tc>
        <w:tc>
          <w:tcPr>
            <w:tcW w:w="2664" w:type="dxa"/>
            <w:shd w:val="clear" w:color="auto" w:fill="1F4E78"/>
            <w:vAlign w:val="center"/>
          </w:tcPr>
          <w:p w14:paraId="651E9482" w14:textId="77777777" w:rsidR="0094787C" w:rsidRDefault="00000000">
            <w:r>
              <w:rPr>
                <w:b/>
                <w:color w:val="FFFFFF"/>
                <w:sz w:val="17"/>
              </w:rPr>
              <w:t>Training content</w:t>
            </w:r>
          </w:p>
        </w:tc>
        <w:tc>
          <w:tcPr>
            <w:tcW w:w="2664" w:type="dxa"/>
            <w:shd w:val="clear" w:color="auto" w:fill="1F4E78"/>
            <w:vAlign w:val="center"/>
          </w:tcPr>
          <w:p w14:paraId="61342966" w14:textId="77777777" w:rsidR="0094787C" w:rsidRDefault="00000000">
            <w:r>
              <w:rPr>
                <w:b/>
                <w:color w:val="FFFFFF"/>
                <w:sz w:val="17"/>
              </w:rPr>
              <w:t>Frequency</w:t>
            </w:r>
          </w:p>
        </w:tc>
        <w:tc>
          <w:tcPr>
            <w:tcW w:w="2664" w:type="dxa"/>
            <w:shd w:val="clear" w:color="auto" w:fill="1F4E78"/>
            <w:vAlign w:val="center"/>
          </w:tcPr>
          <w:p w14:paraId="292516A8" w14:textId="77777777" w:rsidR="0094787C" w:rsidRDefault="00000000">
            <w:r>
              <w:rPr>
                <w:b/>
                <w:color w:val="FFFFFF"/>
                <w:sz w:val="17"/>
              </w:rPr>
              <w:t>Evidence</w:t>
            </w:r>
          </w:p>
        </w:tc>
      </w:tr>
      <w:tr w:rsidR="0094787C" w14:paraId="13CBBC0A" w14:textId="77777777">
        <w:trPr>
          <w:jc w:val="center"/>
        </w:trPr>
        <w:tc>
          <w:tcPr>
            <w:tcW w:w="2664" w:type="dxa"/>
            <w:shd w:val="clear" w:color="auto" w:fill="FAFAFA"/>
            <w:vAlign w:val="center"/>
          </w:tcPr>
          <w:p w14:paraId="33C64D23" w14:textId="77777777" w:rsidR="0094787C" w:rsidRDefault="00000000">
            <w:r>
              <w:rPr>
                <w:sz w:val="17"/>
              </w:rPr>
              <w:t>All workforce</w:t>
            </w:r>
          </w:p>
        </w:tc>
        <w:tc>
          <w:tcPr>
            <w:tcW w:w="2664" w:type="dxa"/>
            <w:shd w:val="clear" w:color="auto" w:fill="FAFAFA"/>
            <w:vAlign w:val="center"/>
          </w:tcPr>
          <w:p w14:paraId="598A0304" w14:textId="77777777" w:rsidR="0094787C" w:rsidRDefault="00000000">
            <w:r>
              <w:rPr>
                <w:sz w:val="17"/>
              </w:rPr>
              <w:t>How to receive alerts, report status, follow protective actions, use backup communications, and direct questions.</w:t>
            </w:r>
          </w:p>
        </w:tc>
        <w:tc>
          <w:tcPr>
            <w:tcW w:w="2664" w:type="dxa"/>
            <w:shd w:val="clear" w:color="auto" w:fill="FAFAFA"/>
            <w:vAlign w:val="center"/>
          </w:tcPr>
          <w:p w14:paraId="1EA29F59" w14:textId="77777777" w:rsidR="0094787C" w:rsidRDefault="00000000">
            <w:r>
              <w:rPr>
                <w:sz w:val="17"/>
              </w:rPr>
              <w:t>[Hospital: at least every two years / LTC: annually and upon update]</w:t>
            </w:r>
          </w:p>
        </w:tc>
        <w:tc>
          <w:tcPr>
            <w:tcW w:w="2664" w:type="dxa"/>
            <w:shd w:val="clear" w:color="auto" w:fill="FAFAFA"/>
            <w:vAlign w:val="center"/>
          </w:tcPr>
          <w:p w14:paraId="5FC7EC93" w14:textId="77777777" w:rsidR="0094787C" w:rsidRDefault="00000000">
            <w:r>
              <w:rPr>
                <w:sz w:val="17"/>
              </w:rPr>
              <w:t>Roster, competency, LMS report</w:t>
            </w:r>
          </w:p>
        </w:tc>
      </w:tr>
      <w:tr w:rsidR="0094787C" w14:paraId="12A779F4" w14:textId="77777777">
        <w:trPr>
          <w:jc w:val="center"/>
        </w:trPr>
        <w:tc>
          <w:tcPr>
            <w:tcW w:w="2664" w:type="dxa"/>
            <w:vAlign w:val="center"/>
          </w:tcPr>
          <w:p w14:paraId="09F9900C" w14:textId="77777777" w:rsidR="0094787C" w:rsidRDefault="00000000">
            <w:r>
              <w:rPr>
                <w:sz w:val="17"/>
              </w:rPr>
              <w:t>Command / communications staff</w:t>
            </w:r>
          </w:p>
        </w:tc>
        <w:tc>
          <w:tcPr>
            <w:tcW w:w="2664" w:type="dxa"/>
            <w:vAlign w:val="center"/>
          </w:tcPr>
          <w:p w14:paraId="4617C99E" w14:textId="77777777" w:rsidR="0094787C" w:rsidRDefault="00000000">
            <w:r>
              <w:rPr>
                <w:sz w:val="17"/>
              </w:rPr>
              <w:t>Message approval, status reporting, media/public information, communication logs, and rumor control.</w:t>
            </w:r>
          </w:p>
        </w:tc>
        <w:tc>
          <w:tcPr>
            <w:tcW w:w="2664" w:type="dxa"/>
            <w:vAlign w:val="center"/>
          </w:tcPr>
          <w:p w14:paraId="199E8127" w14:textId="77777777" w:rsidR="0094787C" w:rsidRDefault="00000000">
            <w:r>
              <w:rPr>
                <w:sz w:val="17"/>
              </w:rPr>
              <w:t>[INSERT]</w:t>
            </w:r>
          </w:p>
        </w:tc>
        <w:tc>
          <w:tcPr>
            <w:tcW w:w="2664" w:type="dxa"/>
            <w:vAlign w:val="center"/>
          </w:tcPr>
          <w:p w14:paraId="70CD64F8" w14:textId="77777777" w:rsidR="0094787C" w:rsidRDefault="00000000">
            <w:r>
              <w:rPr>
                <w:sz w:val="17"/>
              </w:rPr>
              <w:t>Role-specific training record</w:t>
            </w:r>
          </w:p>
        </w:tc>
      </w:tr>
      <w:tr w:rsidR="0094787C" w14:paraId="66496028" w14:textId="77777777">
        <w:trPr>
          <w:jc w:val="center"/>
        </w:trPr>
        <w:tc>
          <w:tcPr>
            <w:tcW w:w="2664" w:type="dxa"/>
            <w:shd w:val="clear" w:color="auto" w:fill="FAFAFA"/>
            <w:vAlign w:val="center"/>
          </w:tcPr>
          <w:p w14:paraId="3DFE42DC" w14:textId="77777777" w:rsidR="0094787C" w:rsidRDefault="00000000">
            <w:r>
              <w:rPr>
                <w:sz w:val="17"/>
              </w:rPr>
              <w:t>Unit / department leaders</w:t>
            </w:r>
          </w:p>
        </w:tc>
        <w:tc>
          <w:tcPr>
            <w:tcW w:w="2664" w:type="dxa"/>
            <w:shd w:val="clear" w:color="auto" w:fill="FAFAFA"/>
            <w:vAlign w:val="center"/>
          </w:tcPr>
          <w:p w14:paraId="5E57B4C2" w14:textId="77777777" w:rsidR="0094787C" w:rsidRDefault="00000000">
            <w:r>
              <w:rPr>
                <w:sz w:val="17"/>
              </w:rPr>
              <w:t>Phone tree, staff accountability, patient/resident/family updates, documentation and escalation.</w:t>
            </w:r>
          </w:p>
        </w:tc>
        <w:tc>
          <w:tcPr>
            <w:tcW w:w="2664" w:type="dxa"/>
            <w:shd w:val="clear" w:color="auto" w:fill="FAFAFA"/>
            <w:vAlign w:val="center"/>
          </w:tcPr>
          <w:p w14:paraId="65BE5136" w14:textId="77777777" w:rsidR="0094787C" w:rsidRDefault="00000000">
            <w:r>
              <w:rPr>
                <w:sz w:val="17"/>
              </w:rPr>
              <w:t>[INSERT]</w:t>
            </w:r>
          </w:p>
        </w:tc>
        <w:tc>
          <w:tcPr>
            <w:tcW w:w="2664" w:type="dxa"/>
            <w:shd w:val="clear" w:color="auto" w:fill="FAFAFA"/>
            <w:vAlign w:val="center"/>
          </w:tcPr>
          <w:p w14:paraId="513E838C" w14:textId="77777777" w:rsidR="0094787C" w:rsidRDefault="00000000">
            <w:r>
              <w:rPr>
                <w:sz w:val="17"/>
              </w:rPr>
              <w:t>Drill record and checklist</w:t>
            </w:r>
          </w:p>
        </w:tc>
      </w:tr>
      <w:tr w:rsidR="0094787C" w14:paraId="1391DE21" w14:textId="77777777">
        <w:trPr>
          <w:jc w:val="center"/>
        </w:trPr>
        <w:tc>
          <w:tcPr>
            <w:tcW w:w="2664" w:type="dxa"/>
            <w:vAlign w:val="center"/>
          </w:tcPr>
          <w:p w14:paraId="27FAD79E" w14:textId="77777777" w:rsidR="0094787C" w:rsidRDefault="00000000">
            <w:r>
              <w:rPr>
                <w:sz w:val="17"/>
              </w:rPr>
              <w:t>Front desk / reception / call center</w:t>
            </w:r>
          </w:p>
        </w:tc>
        <w:tc>
          <w:tcPr>
            <w:tcW w:w="2664" w:type="dxa"/>
            <w:vAlign w:val="center"/>
          </w:tcPr>
          <w:p w14:paraId="5D2E9041" w14:textId="77777777" w:rsidR="0094787C" w:rsidRDefault="00000000">
            <w:r>
              <w:rPr>
                <w:sz w:val="17"/>
              </w:rPr>
              <w:t>Approved scripts, family routing, privacy protections, accessibility, rumor control.</w:t>
            </w:r>
          </w:p>
        </w:tc>
        <w:tc>
          <w:tcPr>
            <w:tcW w:w="2664" w:type="dxa"/>
            <w:vAlign w:val="center"/>
          </w:tcPr>
          <w:p w14:paraId="5E60EEDE" w14:textId="77777777" w:rsidR="0094787C" w:rsidRDefault="00000000">
            <w:r>
              <w:rPr>
                <w:sz w:val="17"/>
              </w:rPr>
              <w:t>[INSERT]</w:t>
            </w:r>
          </w:p>
        </w:tc>
        <w:tc>
          <w:tcPr>
            <w:tcW w:w="2664" w:type="dxa"/>
            <w:vAlign w:val="center"/>
          </w:tcPr>
          <w:p w14:paraId="47B8B202" w14:textId="77777777" w:rsidR="0094787C" w:rsidRDefault="00000000">
            <w:r>
              <w:rPr>
                <w:sz w:val="17"/>
              </w:rPr>
              <w:t>Script training and drill evaluation</w:t>
            </w:r>
          </w:p>
        </w:tc>
      </w:tr>
      <w:tr w:rsidR="0094787C" w14:paraId="545FD54F" w14:textId="77777777">
        <w:trPr>
          <w:jc w:val="center"/>
        </w:trPr>
        <w:tc>
          <w:tcPr>
            <w:tcW w:w="2664" w:type="dxa"/>
            <w:shd w:val="clear" w:color="auto" w:fill="FAFAFA"/>
            <w:vAlign w:val="center"/>
          </w:tcPr>
          <w:p w14:paraId="5E0364F0" w14:textId="77777777" w:rsidR="0094787C" w:rsidRDefault="00000000">
            <w:r>
              <w:rPr>
                <w:sz w:val="17"/>
              </w:rPr>
              <w:t>IT / telecom / facilities</w:t>
            </w:r>
          </w:p>
        </w:tc>
        <w:tc>
          <w:tcPr>
            <w:tcW w:w="2664" w:type="dxa"/>
            <w:shd w:val="clear" w:color="auto" w:fill="FAFAFA"/>
            <w:vAlign w:val="center"/>
          </w:tcPr>
          <w:p w14:paraId="434439EE" w14:textId="77777777" w:rsidR="0094787C" w:rsidRDefault="00000000">
            <w:r>
              <w:rPr>
                <w:sz w:val="17"/>
              </w:rPr>
              <w:t>Primary and backup methods, outage response, restoration updates, and system testing.</w:t>
            </w:r>
          </w:p>
        </w:tc>
        <w:tc>
          <w:tcPr>
            <w:tcW w:w="2664" w:type="dxa"/>
            <w:shd w:val="clear" w:color="auto" w:fill="FAFAFA"/>
            <w:vAlign w:val="center"/>
          </w:tcPr>
          <w:p w14:paraId="2B6F4B22" w14:textId="77777777" w:rsidR="0094787C" w:rsidRDefault="00000000">
            <w:r>
              <w:rPr>
                <w:sz w:val="17"/>
              </w:rPr>
              <w:t>[INSERT]</w:t>
            </w:r>
          </w:p>
        </w:tc>
        <w:tc>
          <w:tcPr>
            <w:tcW w:w="2664" w:type="dxa"/>
            <w:shd w:val="clear" w:color="auto" w:fill="FAFAFA"/>
            <w:vAlign w:val="center"/>
          </w:tcPr>
          <w:p w14:paraId="67A231DD" w14:textId="77777777" w:rsidR="0094787C" w:rsidRDefault="00000000">
            <w:r>
              <w:rPr>
                <w:sz w:val="17"/>
              </w:rPr>
              <w:t>Test logs and corrective actions</w:t>
            </w:r>
          </w:p>
        </w:tc>
      </w:tr>
    </w:tbl>
    <w:p w14:paraId="7B87125C" w14:textId="77777777" w:rsidR="0094787C" w:rsidRDefault="0094787C"/>
    <w:p w14:paraId="07D84B63" w14:textId="77777777" w:rsidR="0094787C" w:rsidRDefault="00000000">
      <w:pPr>
        <w:pStyle w:val="Heading2"/>
      </w:pPr>
      <w:r>
        <w:lastRenderedPageBreak/>
        <w:t>11.2 Testing and Improvement</w:t>
      </w:r>
    </w:p>
    <w:p w14:paraId="0FD0C11A" w14:textId="77777777" w:rsidR="0094787C" w:rsidRDefault="00000000">
      <w:pPr>
        <w:pStyle w:val="ListBullet"/>
      </w:pPr>
      <w:r>
        <w:t>Validate at least one primary and one alternate method for staff notification, external coordination, and family/representative communication during exercises or drills.</w:t>
      </w:r>
    </w:p>
    <w:p w14:paraId="568CB565" w14:textId="77777777" w:rsidR="0094787C" w:rsidRDefault="00000000">
      <w:pPr>
        <w:pStyle w:val="ListBullet"/>
      </w:pPr>
      <w:r>
        <w:t>Evaluate message clarity, timeliness, approval process, access/language needs, system redundancy, and documentation completeness.</w:t>
      </w:r>
    </w:p>
    <w:p w14:paraId="6F17D14F" w14:textId="77777777" w:rsidR="0094787C" w:rsidRDefault="00000000">
      <w:pPr>
        <w:pStyle w:val="ListBullet"/>
      </w:pPr>
      <w:r>
        <w:t>Track corrective actions with owner, due date, status, validation method, and closure evidence.</w:t>
      </w:r>
    </w:p>
    <w:p w14:paraId="7FC5B9EF" w14:textId="77777777" w:rsidR="0094787C" w:rsidRDefault="00000000">
      <w:pPr>
        <w:pStyle w:val="Heading1"/>
      </w:pPr>
      <w:r>
        <w:t>SECTION 12  OPERATIONAL FORMS AND TOOLS</w:t>
      </w:r>
    </w:p>
    <w:p w14:paraId="5F7AF7F0" w14:textId="77777777" w:rsidR="0094787C" w:rsidRDefault="00000000">
      <w:pPr>
        <w:pStyle w:val="Heading2"/>
      </w:pPr>
      <w:r>
        <w:t>12.1 Emergency Communication Log</w:t>
      </w:r>
    </w:p>
    <w:tbl>
      <w:tblPr>
        <w:tblStyle w:val="TableGrid"/>
        <w:tblW w:w="0" w:type="auto"/>
        <w:jc w:val="center"/>
        <w:tblLook w:val="04A0" w:firstRow="1" w:lastRow="0" w:firstColumn="1" w:lastColumn="0" w:noHBand="0" w:noVBand="1"/>
      </w:tblPr>
      <w:tblGrid>
        <w:gridCol w:w="1136"/>
        <w:gridCol w:w="2402"/>
        <w:gridCol w:w="1768"/>
        <w:gridCol w:w="1248"/>
        <w:gridCol w:w="1258"/>
        <w:gridCol w:w="1215"/>
        <w:gridCol w:w="1619"/>
      </w:tblGrid>
      <w:tr w:rsidR="0094787C" w14:paraId="1FC561C3" w14:textId="77777777">
        <w:trPr>
          <w:jc w:val="center"/>
        </w:trPr>
        <w:tc>
          <w:tcPr>
            <w:tcW w:w="1152" w:type="dxa"/>
            <w:shd w:val="clear" w:color="auto" w:fill="1F4E78"/>
            <w:vAlign w:val="center"/>
          </w:tcPr>
          <w:p w14:paraId="0B86A49B" w14:textId="77777777" w:rsidR="0094787C" w:rsidRDefault="00000000">
            <w:r>
              <w:rPr>
                <w:b/>
                <w:color w:val="FFFFFF"/>
                <w:sz w:val="17"/>
              </w:rPr>
              <w:t>Date/time</w:t>
            </w:r>
          </w:p>
        </w:tc>
        <w:tc>
          <w:tcPr>
            <w:tcW w:w="2592" w:type="dxa"/>
            <w:shd w:val="clear" w:color="auto" w:fill="1F4E78"/>
            <w:vAlign w:val="center"/>
          </w:tcPr>
          <w:p w14:paraId="47658FCC" w14:textId="77777777" w:rsidR="0094787C" w:rsidRDefault="00000000">
            <w:r>
              <w:rPr>
                <w:b/>
                <w:color w:val="FFFFFF"/>
                <w:sz w:val="17"/>
              </w:rPr>
              <w:t>Message / action</w:t>
            </w:r>
          </w:p>
        </w:tc>
        <w:tc>
          <w:tcPr>
            <w:tcW w:w="1872" w:type="dxa"/>
            <w:shd w:val="clear" w:color="auto" w:fill="1F4E78"/>
            <w:vAlign w:val="center"/>
          </w:tcPr>
          <w:p w14:paraId="1E4A5583" w14:textId="77777777" w:rsidR="0094787C" w:rsidRDefault="00000000">
            <w:r>
              <w:rPr>
                <w:b/>
                <w:color w:val="FFFFFF"/>
                <w:sz w:val="17"/>
              </w:rPr>
              <w:t>Audience / recipient</w:t>
            </w:r>
          </w:p>
        </w:tc>
        <w:tc>
          <w:tcPr>
            <w:tcW w:w="1296" w:type="dxa"/>
            <w:shd w:val="clear" w:color="auto" w:fill="1F4E78"/>
            <w:vAlign w:val="center"/>
          </w:tcPr>
          <w:p w14:paraId="24BF323F" w14:textId="77777777" w:rsidR="0094787C" w:rsidRDefault="00000000">
            <w:r>
              <w:rPr>
                <w:b/>
                <w:color w:val="FFFFFF"/>
                <w:sz w:val="17"/>
              </w:rPr>
              <w:t>Channel</w:t>
            </w:r>
          </w:p>
        </w:tc>
        <w:tc>
          <w:tcPr>
            <w:tcW w:w="1296" w:type="dxa"/>
            <w:shd w:val="clear" w:color="auto" w:fill="1F4E78"/>
            <w:vAlign w:val="center"/>
          </w:tcPr>
          <w:p w14:paraId="55F76271" w14:textId="77777777" w:rsidR="0094787C" w:rsidRDefault="00000000">
            <w:r>
              <w:rPr>
                <w:b/>
                <w:color w:val="FFFFFF"/>
                <w:sz w:val="17"/>
              </w:rPr>
              <w:t>Approved by</w:t>
            </w:r>
          </w:p>
        </w:tc>
        <w:tc>
          <w:tcPr>
            <w:tcW w:w="1296" w:type="dxa"/>
            <w:shd w:val="clear" w:color="auto" w:fill="1F4E78"/>
            <w:vAlign w:val="center"/>
          </w:tcPr>
          <w:p w14:paraId="0E8874CD" w14:textId="77777777" w:rsidR="0094787C" w:rsidRDefault="00000000">
            <w:r>
              <w:rPr>
                <w:b/>
                <w:color w:val="FFFFFF"/>
                <w:sz w:val="17"/>
              </w:rPr>
              <w:t>Sent by</w:t>
            </w:r>
          </w:p>
        </w:tc>
        <w:tc>
          <w:tcPr>
            <w:tcW w:w="1728" w:type="dxa"/>
            <w:shd w:val="clear" w:color="auto" w:fill="1F4E78"/>
            <w:vAlign w:val="center"/>
          </w:tcPr>
          <w:p w14:paraId="23F59798" w14:textId="77777777" w:rsidR="0094787C" w:rsidRDefault="00000000">
            <w:r>
              <w:rPr>
                <w:b/>
                <w:color w:val="FFFFFF"/>
                <w:sz w:val="17"/>
              </w:rPr>
              <w:t>Result / follow-up</w:t>
            </w:r>
          </w:p>
        </w:tc>
      </w:tr>
      <w:tr w:rsidR="0094787C" w14:paraId="258EE4A3" w14:textId="77777777">
        <w:trPr>
          <w:jc w:val="center"/>
        </w:trPr>
        <w:tc>
          <w:tcPr>
            <w:tcW w:w="1152" w:type="dxa"/>
            <w:shd w:val="clear" w:color="auto" w:fill="FAFAFA"/>
            <w:vAlign w:val="center"/>
          </w:tcPr>
          <w:p w14:paraId="72442A83" w14:textId="77777777" w:rsidR="0094787C" w:rsidRDefault="0094787C"/>
        </w:tc>
        <w:tc>
          <w:tcPr>
            <w:tcW w:w="2592" w:type="dxa"/>
            <w:shd w:val="clear" w:color="auto" w:fill="FAFAFA"/>
            <w:vAlign w:val="center"/>
          </w:tcPr>
          <w:p w14:paraId="3C1FD807" w14:textId="77777777" w:rsidR="0094787C" w:rsidRDefault="0094787C"/>
        </w:tc>
        <w:tc>
          <w:tcPr>
            <w:tcW w:w="1872" w:type="dxa"/>
            <w:shd w:val="clear" w:color="auto" w:fill="FAFAFA"/>
            <w:vAlign w:val="center"/>
          </w:tcPr>
          <w:p w14:paraId="2CAF68E0" w14:textId="77777777" w:rsidR="0094787C" w:rsidRDefault="0094787C"/>
        </w:tc>
        <w:tc>
          <w:tcPr>
            <w:tcW w:w="1296" w:type="dxa"/>
            <w:shd w:val="clear" w:color="auto" w:fill="FAFAFA"/>
            <w:vAlign w:val="center"/>
          </w:tcPr>
          <w:p w14:paraId="6057152B" w14:textId="77777777" w:rsidR="0094787C" w:rsidRDefault="0094787C"/>
        </w:tc>
        <w:tc>
          <w:tcPr>
            <w:tcW w:w="1296" w:type="dxa"/>
            <w:shd w:val="clear" w:color="auto" w:fill="FAFAFA"/>
            <w:vAlign w:val="center"/>
          </w:tcPr>
          <w:p w14:paraId="07D3EA84" w14:textId="77777777" w:rsidR="0094787C" w:rsidRDefault="0094787C"/>
        </w:tc>
        <w:tc>
          <w:tcPr>
            <w:tcW w:w="1296" w:type="dxa"/>
            <w:shd w:val="clear" w:color="auto" w:fill="FAFAFA"/>
            <w:vAlign w:val="center"/>
          </w:tcPr>
          <w:p w14:paraId="67D87FE6" w14:textId="77777777" w:rsidR="0094787C" w:rsidRDefault="0094787C"/>
        </w:tc>
        <w:tc>
          <w:tcPr>
            <w:tcW w:w="1728" w:type="dxa"/>
            <w:shd w:val="clear" w:color="auto" w:fill="FAFAFA"/>
            <w:vAlign w:val="center"/>
          </w:tcPr>
          <w:p w14:paraId="77AF925D" w14:textId="77777777" w:rsidR="0094787C" w:rsidRDefault="0094787C"/>
        </w:tc>
      </w:tr>
      <w:tr w:rsidR="0094787C" w14:paraId="319EE9B5" w14:textId="77777777">
        <w:trPr>
          <w:jc w:val="center"/>
        </w:trPr>
        <w:tc>
          <w:tcPr>
            <w:tcW w:w="1152" w:type="dxa"/>
            <w:vAlign w:val="center"/>
          </w:tcPr>
          <w:p w14:paraId="75E5F596" w14:textId="77777777" w:rsidR="0094787C" w:rsidRDefault="0094787C"/>
        </w:tc>
        <w:tc>
          <w:tcPr>
            <w:tcW w:w="2592" w:type="dxa"/>
            <w:vAlign w:val="center"/>
          </w:tcPr>
          <w:p w14:paraId="120B7A6D" w14:textId="77777777" w:rsidR="0094787C" w:rsidRDefault="0094787C"/>
        </w:tc>
        <w:tc>
          <w:tcPr>
            <w:tcW w:w="1872" w:type="dxa"/>
            <w:vAlign w:val="center"/>
          </w:tcPr>
          <w:p w14:paraId="5D644FAF" w14:textId="77777777" w:rsidR="0094787C" w:rsidRDefault="0094787C"/>
        </w:tc>
        <w:tc>
          <w:tcPr>
            <w:tcW w:w="1296" w:type="dxa"/>
            <w:vAlign w:val="center"/>
          </w:tcPr>
          <w:p w14:paraId="6C51CD3B" w14:textId="77777777" w:rsidR="0094787C" w:rsidRDefault="0094787C"/>
        </w:tc>
        <w:tc>
          <w:tcPr>
            <w:tcW w:w="1296" w:type="dxa"/>
            <w:vAlign w:val="center"/>
          </w:tcPr>
          <w:p w14:paraId="193B366A" w14:textId="77777777" w:rsidR="0094787C" w:rsidRDefault="0094787C"/>
        </w:tc>
        <w:tc>
          <w:tcPr>
            <w:tcW w:w="1296" w:type="dxa"/>
            <w:vAlign w:val="center"/>
          </w:tcPr>
          <w:p w14:paraId="0FA33C3B" w14:textId="77777777" w:rsidR="0094787C" w:rsidRDefault="0094787C"/>
        </w:tc>
        <w:tc>
          <w:tcPr>
            <w:tcW w:w="1728" w:type="dxa"/>
            <w:vAlign w:val="center"/>
          </w:tcPr>
          <w:p w14:paraId="044A4DFF" w14:textId="77777777" w:rsidR="0094787C" w:rsidRDefault="0094787C"/>
        </w:tc>
      </w:tr>
      <w:tr w:rsidR="0094787C" w14:paraId="0E0E882C" w14:textId="77777777">
        <w:trPr>
          <w:jc w:val="center"/>
        </w:trPr>
        <w:tc>
          <w:tcPr>
            <w:tcW w:w="1152" w:type="dxa"/>
            <w:shd w:val="clear" w:color="auto" w:fill="FAFAFA"/>
            <w:vAlign w:val="center"/>
          </w:tcPr>
          <w:p w14:paraId="387895D4" w14:textId="77777777" w:rsidR="0094787C" w:rsidRDefault="0094787C"/>
        </w:tc>
        <w:tc>
          <w:tcPr>
            <w:tcW w:w="2592" w:type="dxa"/>
            <w:shd w:val="clear" w:color="auto" w:fill="FAFAFA"/>
            <w:vAlign w:val="center"/>
          </w:tcPr>
          <w:p w14:paraId="0518AE07" w14:textId="77777777" w:rsidR="0094787C" w:rsidRDefault="0094787C"/>
        </w:tc>
        <w:tc>
          <w:tcPr>
            <w:tcW w:w="1872" w:type="dxa"/>
            <w:shd w:val="clear" w:color="auto" w:fill="FAFAFA"/>
            <w:vAlign w:val="center"/>
          </w:tcPr>
          <w:p w14:paraId="1ED8E503" w14:textId="77777777" w:rsidR="0094787C" w:rsidRDefault="0094787C"/>
        </w:tc>
        <w:tc>
          <w:tcPr>
            <w:tcW w:w="1296" w:type="dxa"/>
            <w:shd w:val="clear" w:color="auto" w:fill="FAFAFA"/>
            <w:vAlign w:val="center"/>
          </w:tcPr>
          <w:p w14:paraId="01D66CD9" w14:textId="77777777" w:rsidR="0094787C" w:rsidRDefault="0094787C"/>
        </w:tc>
        <w:tc>
          <w:tcPr>
            <w:tcW w:w="1296" w:type="dxa"/>
            <w:shd w:val="clear" w:color="auto" w:fill="FAFAFA"/>
            <w:vAlign w:val="center"/>
          </w:tcPr>
          <w:p w14:paraId="1A1A829F" w14:textId="77777777" w:rsidR="0094787C" w:rsidRDefault="0094787C"/>
        </w:tc>
        <w:tc>
          <w:tcPr>
            <w:tcW w:w="1296" w:type="dxa"/>
            <w:shd w:val="clear" w:color="auto" w:fill="FAFAFA"/>
            <w:vAlign w:val="center"/>
          </w:tcPr>
          <w:p w14:paraId="0611D3AD" w14:textId="77777777" w:rsidR="0094787C" w:rsidRDefault="0094787C"/>
        </w:tc>
        <w:tc>
          <w:tcPr>
            <w:tcW w:w="1728" w:type="dxa"/>
            <w:shd w:val="clear" w:color="auto" w:fill="FAFAFA"/>
            <w:vAlign w:val="center"/>
          </w:tcPr>
          <w:p w14:paraId="74F24A05" w14:textId="77777777" w:rsidR="0094787C" w:rsidRDefault="0094787C"/>
        </w:tc>
      </w:tr>
      <w:tr w:rsidR="0094787C" w14:paraId="4DA34AE8" w14:textId="77777777">
        <w:trPr>
          <w:jc w:val="center"/>
        </w:trPr>
        <w:tc>
          <w:tcPr>
            <w:tcW w:w="1152" w:type="dxa"/>
            <w:vAlign w:val="center"/>
          </w:tcPr>
          <w:p w14:paraId="5E8AB841" w14:textId="77777777" w:rsidR="0094787C" w:rsidRDefault="0094787C"/>
        </w:tc>
        <w:tc>
          <w:tcPr>
            <w:tcW w:w="2592" w:type="dxa"/>
            <w:vAlign w:val="center"/>
          </w:tcPr>
          <w:p w14:paraId="0ACB7F44" w14:textId="77777777" w:rsidR="0094787C" w:rsidRDefault="0094787C"/>
        </w:tc>
        <w:tc>
          <w:tcPr>
            <w:tcW w:w="1872" w:type="dxa"/>
            <w:vAlign w:val="center"/>
          </w:tcPr>
          <w:p w14:paraId="3BDE0B86" w14:textId="77777777" w:rsidR="0094787C" w:rsidRDefault="0094787C"/>
        </w:tc>
        <w:tc>
          <w:tcPr>
            <w:tcW w:w="1296" w:type="dxa"/>
            <w:vAlign w:val="center"/>
          </w:tcPr>
          <w:p w14:paraId="506CF9E2" w14:textId="77777777" w:rsidR="0094787C" w:rsidRDefault="0094787C"/>
        </w:tc>
        <w:tc>
          <w:tcPr>
            <w:tcW w:w="1296" w:type="dxa"/>
            <w:vAlign w:val="center"/>
          </w:tcPr>
          <w:p w14:paraId="7FBB23A5" w14:textId="77777777" w:rsidR="0094787C" w:rsidRDefault="0094787C"/>
        </w:tc>
        <w:tc>
          <w:tcPr>
            <w:tcW w:w="1296" w:type="dxa"/>
            <w:vAlign w:val="center"/>
          </w:tcPr>
          <w:p w14:paraId="49537B42" w14:textId="77777777" w:rsidR="0094787C" w:rsidRDefault="0094787C"/>
        </w:tc>
        <w:tc>
          <w:tcPr>
            <w:tcW w:w="1728" w:type="dxa"/>
            <w:vAlign w:val="center"/>
          </w:tcPr>
          <w:p w14:paraId="22AC78CE" w14:textId="77777777" w:rsidR="0094787C" w:rsidRDefault="0094787C"/>
        </w:tc>
      </w:tr>
    </w:tbl>
    <w:p w14:paraId="0C7D787B" w14:textId="77777777" w:rsidR="0094787C" w:rsidRDefault="0094787C"/>
    <w:p w14:paraId="4483C420" w14:textId="77777777" w:rsidR="0094787C" w:rsidRDefault="00000000">
      <w:pPr>
        <w:pStyle w:val="Heading2"/>
      </w:pPr>
      <w:r>
        <w:t>12.2 Contact Directory Validation Tracker</w:t>
      </w:r>
    </w:p>
    <w:tbl>
      <w:tblPr>
        <w:tblStyle w:val="TableGrid"/>
        <w:tblW w:w="0" w:type="auto"/>
        <w:jc w:val="center"/>
        <w:tblLook w:val="04A0" w:firstRow="1" w:lastRow="0" w:firstColumn="1" w:lastColumn="0" w:noHBand="0" w:noVBand="1"/>
      </w:tblPr>
      <w:tblGrid>
        <w:gridCol w:w="1776"/>
        <w:gridCol w:w="1774"/>
        <w:gridCol w:w="1774"/>
        <w:gridCol w:w="1774"/>
        <w:gridCol w:w="1774"/>
        <w:gridCol w:w="1774"/>
      </w:tblGrid>
      <w:tr w:rsidR="0094787C" w14:paraId="43D5F08B" w14:textId="77777777">
        <w:trPr>
          <w:jc w:val="center"/>
        </w:trPr>
        <w:tc>
          <w:tcPr>
            <w:tcW w:w="1776" w:type="dxa"/>
            <w:shd w:val="clear" w:color="auto" w:fill="1F4E78"/>
            <w:vAlign w:val="center"/>
          </w:tcPr>
          <w:p w14:paraId="0E07D75F" w14:textId="77777777" w:rsidR="0094787C" w:rsidRDefault="00000000">
            <w:r>
              <w:rPr>
                <w:b/>
                <w:color w:val="FFFFFF"/>
                <w:sz w:val="17"/>
              </w:rPr>
              <w:t>Roster</w:t>
            </w:r>
          </w:p>
        </w:tc>
        <w:tc>
          <w:tcPr>
            <w:tcW w:w="1776" w:type="dxa"/>
            <w:shd w:val="clear" w:color="auto" w:fill="1F4E78"/>
            <w:vAlign w:val="center"/>
          </w:tcPr>
          <w:p w14:paraId="5DDDFF86" w14:textId="77777777" w:rsidR="0094787C" w:rsidRDefault="00000000">
            <w:r>
              <w:rPr>
                <w:b/>
                <w:color w:val="FFFFFF"/>
                <w:sz w:val="17"/>
              </w:rPr>
              <w:t>Owner</w:t>
            </w:r>
          </w:p>
        </w:tc>
        <w:tc>
          <w:tcPr>
            <w:tcW w:w="1776" w:type="dxa"/>
            <w:shd w:val="clear" w:color="auto" w:fill="1F4E78"/>
            <w:vAlign w:val="center"/>
          </w:tcPr>
          <w:p w14:paraId="28A0915F" w14:textId="77777777" w:rsidR="0094787C" w:rsidRDefault="00000000">
            <w:r>
              <w:rPr>
                <w:b/>
                <w:color w:val="FFFFFF"/>
                <w:sz w:val="17"/>
              </w:rPr>
              <w:t>Last validated</w:t>
            </w:r>
          </w:p>
        </w:tc>
        <w:tc>
          <w:tcPr>
            <w:tcW w:w="1776" w:type="dxa"/>
            <w:shd w:val="clear" w:color="auto" w:fill="1F4E78"/>
            <w:vAlign w:val="center"/>
          </w:tcPr>
          <w:p w14:paraId="32F5AD3F" w14:textId="77777777" w:rsidR="0094787C" w:rsidRDefault="00000000">
            <w:r>
              <w:rPr>
                <w:b/>
                <w:color w:val="FFFFFF"/>
                <w:sz w:val="17"/>
              </w:rPr>
              <w:t>Validation method</w:t>
            </w:r>
          </w:p>
        </w:tc>
        <w:tc>
          <w:tcPr>
            <w:tcW w:w="1776" w:type="dxa"/>
            <w:shd w:val="clear" w:color="auto" w:fill="1F4E78"/>
            <w:vAlign w:val="center"/>
          </w:tcPr>
          <w:p w14:paraId="16042B85" w14:textId="77777777" w:rsidR="0094787C" w:rsidRDefault="00000000">
            <w:r>
              <w:rPr>
                <w:b/>
                <w:color w:val="FFFFFF"/>
                <w:sz w:val="17"/>
              </w:rPr>
              <w:t>Changes made</w:t>
            </w:r>
          </w:p>
        </w:tc>
        <w:tc>
          <w:tcPr>
            <w:tcW w:w="1776" w:type="dxa"/>
            <w:shd w:val="clear" w:color="auto" w:fill="1F4E78"/>
            <w:vAlign w:val="center"/>
          </w:tcPr>
          <w:p w14:paraId="39065ACB" w14:textId="77777777" w:rsidR="0094787C" w:rsidRDefault="00000000">
            <w:r>
              <w:rPr>
                <w:b/>
                <w:color w:val="FFFFFF"/>
                <w:sz w:val="17"/>
              </w:rPr>
              <w:t>Next validation</w:t>
            </w:r>
          </w:p>
        </w:tc>
      </w:tr>
      <w:tr w:rsidR="0094787C" w14:paraId="2BC216D6" w14:textId="77777777">
        <w:trPr>
          <w:jc w:val="center"/>
        </w:trPr>
        <w:tc>
          <w:tcPr>
            <w:tcW w:w="1776" w:type="dxa"/>
            <w:shd w:val="clear" w:color="auto" w:fill="FAFAFA"/>
            <w:vAlign w:val="center"/>
          </w:tcPr>
          <w:p w14:paraId="0179D353" w14:textId="77777777" w:rsidR="0094787C" w:rsidRDefault="00000000">
            <w:r>
              <w:rPr>
                <w:sz w:val="17"/>
              </w:rPr>
              <w:t>Workforce</w:t>
            </w:r>
          </w:p>
        </w:tc>
        <w:tc>
          <w:tcPr>
            <w:tcW w:w="1776" w:type="dxa"/>
            <w:shd w:val="clear" w:color="auto" w:fill="FAFAFA"/>
            <w:vAlign w:val="center"/>
          </w:tcPr>
          <w:p w14:paraId="39ACCDED" w14:textId="77777777" w:rsidR="0094787C" w:rsidRDefault="0094787C"/>
        </w:tc>
        <w:tc>
          <w:tcPr>
            <w:tcW w:w="1776" w:type="dxa"/>
            <w:shd w:val="clear" w:color="auto" w:fill="FAFAFA"/>
            <w:vAlign w:val="center"/>
          </w:tcPr>
          <w:p w14:paraId="3564CE79" w14:textId="77777777" w:rsidR="0094787C" w:rsidRDefault="0094787C"/>
        </w:tc>
        <w:tc>
          <w:tcPr>
            <w:tcW w:w="1776" w:type="dxa"/>
            <w:shd w:val="clear" w:color="auto" w:fill="FAFAFA"/>
            <w:vAlign w:val="center"/>
          </w:tcPr>
          <w:p w14:paraId="7751C0EF" w14:textId="77777777" w:rsidR="0094787C" w:rsidRDefault="0094787C"/>
        </w:tc>
        <w:tc>
          <w:tcPr>
            <w:tcW w:w="1776" w:type="dxa"/>
            <w:shd w:val="clear" w:color="auto" w:fill="FAFAFA"/>
            <w:vAlign w:val="center"/>
          </w:tcPr>
          <w:p w14:paraId="16638DE2" w14:textId="77777777" w:rsidR="0094787C" w:rsidRDefault="0094787C"/>
        </w:tc>
        <w:tc>
          <w:tcPr>
            <w:tcW w:w="1776" w:type="dxa"/>
            <w:shd w:val="clear" w:color="auto" w:fill="FAFAFA"/>
            <w:vAlign w:val="center"/>
          </w:tcPr>
          <w:p w14:paraId="0446D0BA" w14:textId="77777777" w:rsidR="0094787C" w:rsidRDefault="0094787C"/>
        </w:tc>
      </w:tr>
      <w:tr w:rsidR="0094787C" w14:paraId="00B2A6EE" w14:textId="77777777">
        <w:trPr>
          <w:jc w:val="center"/>
        </w:trPr>
        <w:tc>
          <w:tcPr>
            <w:tcW w:w="1776" w:type="dxa"/>
            <w:vAlign w:val="center"/>
          </w:tcPr>
          <w:p w14:paraId="4FF2CA1C" w14:textId="77777777" w:rsidR="0094787C" w:rsidRDefault="00000000">
            <w:r>
              <w:rPr>
                <w:sz w:val="17"/>
              </w:rPr>
              <w:t>Physicians / providers</w:t>
            </w:r>
          </w:p>
        </w:tc>
        <w:tc>
          <w:tcPr>
            <w:tcW w:w="1776" w:type="dxa"/>
            <w:vAlign w:val="center"/>
          </w:tcPr>
          <w:p w14:paraId="3040811E" w14:textId="77777777" w:rsidR="0094787C" w:rsidRDefault="0094787C"/>
        </w:tc>
        <w:tc>
          <w:tcPr>
            <w:tcW w:w="1776" w:type="dxa"/>
            <w:vAlign w:val="center"/>
          </w:tcPr>
          <w:p w14:paraId="35A639C9" w14:textId="77777777" w:rsidR="0094787C" w:rsidRDefault="0094787C"/>
        </w:tc>
        <w:tc>
          <w:tcPr>
            <w:tcW w:w="1776" w:type="dxa"/>
            <w:vAlign w:val="center"/>
          </w:tcPr>
          <w:p w14:paraId="45039E59" w14:textId="77777777" w:rsidR="0094787C" w:rsidRDefault="0094787C"/>
        </w:tc>
        <w:tc>
          <w:tcPr>
            <w:tcW w:w="1776" w:type="dxa"/>
            <w:vAlign w:val="center"/>
          </w:tcPr>
          <w:p w14:paraId="36DE9D5D" w14:textId="77777777" w:rsidR="0094787C" w:rsidRDefault="0094787C"/>
        </w:tc>
        <w:tc>
          <w:tcPr>
            <w:tcW w:w="1776" w:type="dxa"/>
            <w:vAlign w:val="center"/>
          </w:tcPr>
          <w:p w14:paraId="1547DB3E" w14:textId="77777777" w:rsidR="0094787C" w:rsidRDefault="0094787C"/>
        </w:tc>
      </w:tr>
      <w:tr w:rsidR="0094787C" w14:paraId="6EB57D75" w14:textId="77777777">
        <w:trPr>
          <w:jc w:val="center"/>
        </w:trPr>
        <w:tc>
          <w:tcPr>
            <w:tcW w:w="1776" w:type="dxa"/>
            <w:shd w:val="clear" w:color="auto" w:fill="FAFAFA"/>
            <w:vAlign w:val="center"/>
          </w:tcPr>
          <w:p w14:paraId="60BA9DEC" w14:textId="77777777" w:rsidR="0094787C" w:rsidRDefault="00000000">
            <w:r>
              <w:rPr>
                <w:sz w:val="17"/>
              </w:rPr>
              <w:t>Families / representatives</w:t>
            </w:r>
          </w:p>
        </w:tc>
        <w:tc>
          <w:tcPr>
            <w:tcW w:w="1776" w:type="dxa"/>
            <w:shd w:val="clear" w:color="auto" w:fill="FAFAFA"/>
            <w:vAlign w:val="center"/>
          </w:tcPr>
          <w:p w14:paraId="7249600B" w14:textId="77777777" w:rsidR="0094787C" w:rsidRDefault="0094787C"/>
        </w:tc>
        <w:tc>
          <w:tcPr>
            <w:tcW w:w="1776" w:type="dxa"/>
            <w:shd w:val="clear" w:color="auto" w:fill="FAFAFA"/>
            <w:vAlign w:val="center"/>
          </w:tcPr>
          <w:p w14:paraId="03F66E3A" w14:textId="77777777" w:rsidR="0094787C" w:rsidRDefault="0094787C"/>
        </w:tc>
        <w:tc>
          <w:tcPr>
            <w:tcW w:w="1776" w:type="dxa"/>
            <w:shd w:val="clear" w:color="auto" w:fill="FAFAFA"/>
            <w:vAlign w:val="center"/>
          </w:tcPr>
          <w:p w14:paraId="1FEF4DA9" w14:textId="77777777" w:rsidR="0094787C" w:rsidRDefault="0094787C"/>
        </w:tc>
        <w:tc>
          <w:tcPr>
            <w:tcW w:w="1776" w:type="dxa"/>
            <w:shd w:val="clear" w:color="auto" w:fill="FAFAFA"/>
            <w:vAlign w:val="center"/>
          </w:tcPr>
          <w:p w14:paraId="3A8314C7" w14:textId="77777777" w:rsidR="0094787C" w:rsidRDefault="0094787C"/>
        </w:tc>
        <w:tc>
          <w:tcPr>
            <w:tcW w:w="1776" w:type="dxa"/>
            <w:shd w:val="clear" w:color="auto" w:fill="FAFAFA"/>
            <w:vAlign w:val="center"/>
          </w:tcPr>
          <w:p w14:paraId="51C0DB9A" w14:textId="77777777" w:rsidR="0094787C" w:rsidRDefault="0094787C"/>
        </w:tc>
      </w:tr>
      <w:tr w:rsidR="0094787C" w14:paraId="71C8C81B" w14:textId="77777777">
        <w:trPr>
          <w:jc w:val="center"/>
        </w:trPr>
        <w:tc>
          <w:tcPr>
            <w:tcW w:w="1776" w:type="dxa"/>
            <w:vAlign w:val="center"/>
          </w:tcPr>
          <w:p w14:paraId="439ADB87" w14:textId="77777777" w:rsidR="0094787C" w:rsidRDefault="00000000">
            <w:r>
              <w:rPr>
                <w:sz w:val="17"/>
              </w:rPr>
              <w:t>Emergency management / public health</w:t>
            </w:r>
          </w:p>
        </w:tc>
        <w:tc>
          <w:tcPr>
            <w:tcW w:w="1776" w:type="dxa"/>
            <w:vAlign w:val="center"/>
          </w:tcPr>
          <w:p w14:paraId="26E4A4C8" w14:textId="77777777" w:rsidR="0094787C" w:rsidRDefault="0094787C"/>
        </w:tc>
        <w:tc>
          <w:tcPr>
            <w:tcW w:w="1776" w:type="dxa"/>
            <w:vAlign w:val="center"/>
          </w:tcPr>
          <w:p w14:paraId="2C926539" w14:textId="77777777" w:rsidR="0094787C" w:rsidRDefault="0094787C"/>
        </w:tc>
        <w:tc>
          <w:tcPr>
            <w:tcW w:w="1776" w:type="dxa"/>
            <w:vAlign w:val="center"/>
          </w:tcPr>
          <w:p w14:paraId="07420A03" w14:textId="77777777" w:rsidR="0094787C" w:rsidRDefault="0094787C"/>
        </w:tc>
        <w:tc>
          <w:tcPr>
            <w:tcW w:w="1776" w:type="dxa"/>
            <w:vAlign w:val="center"/>
          </w:tcPr>
          <w:p w14:paraId="0B86C173" w14:textId="77777777" w:rsidR="0094787C" w:rsidRDefault="0094787C"/>
        </w:tc>
        <w:tc>
          <w:tcPr>
            <w:tcW w:w="1776" w:type="dxa"/>
            <w:vAlign w:val="center"/>
          </w:tcPr>
          <w:p w14:paraId="4BB820A2" w14:textId="77777777" w:rsidR="0094787C" w:rsidRDefault="0094787C"/>
        </w:tc>
      </w:tr>
      <w:tr w:rsidR="0094787C" w14:paraId="23D4BD39" w14:textId="77777777">
        <w:trPr>
          <w:jc w:val="center"/>
        </w:trPr>
        <w:tc>
          <w:tcPr>
            <w:tcW w:w="1776" w:type="dxa"/>
            <w:shd w:val="clear" w:color="auto" w:fill="FAFAFA"/>
            <w:vAlign w:val="center"/>
          </w:tcPr>
          <w:p w14:paraId="3EB1AB2B" w14:textId="77777777" w:rsidR="0094787C" w:rsidRDefault="00000000">
            <w:r>
              <w:rPr>
                <w:sz w:val="17"/>
              </w:rPr>
              <w:t>Receiving facilities / transport</w:t>
            </w:r>
          </w:p>
        </w:tc>
        <w:tc>
          <w:tcPr>
            <w:tcW w:w="1776" w:type="dxa"/>
            <w:shd w:val="clear" w:color="auto" w:fill="FAFAFA"/>
            <w:vAlign w:val="center"/>
          </w:tcPr>
          <w:p w14:paraId="41007819" w14:textId="77777777" w:rsidR="0094787C" w:rsidRDefault="0094787C"/>
        </w:tc>
        <w:tc>
          <w:tcPr>
            <w:tcW w:w="1776" w:type="dxa"/>
            <w:shd w:val="clear" w:color="auto" w:fill="FAFAFA"/>
            <w:vAlign w:val="center"/>
          </w:tcPr>
          <w:p w14:paraId="4A0C2B00" w14:textId="77777777" w:rsidR="0094787C" w:rsidRDefault="0094787C"/>
        </w:tc>
        <w:tc>
          <w:tcPr>
            <w:tcW w:w="1776" w:type="dxa"/>
            <w:shd w:val="clear" w:color="auto" w:fill="FAFAFA"/>
            <w:vAlign w:val="center"/>
          </w:tcPr>
          <w:p w14:paraId="4FDA899F" w14:textId="77777777" w:rsidR="0094787C" w:rsidRDefault="0094787C"/>
        </w:tc>
        <w:tc>
          <w:tcPr>
            <w:tcW w:w="1776" w:type="dxa"/>
            <w:shd w:val="clear" w:color="auto" w:fill="FAFAFA"/>
            <w:vAlign w:val="center"/>
          </w:tcPr>
          <w:p w14:paraId="0DDE84D0" w14:textId="77777777" w:rsidR="0094787C" w:rsidRDefault="0094787C"/>
        </w:tc>
        <w:tc>
          <w:tcPr>
            <w:tcW w:w="1776" w:type="dxa"/>
            <w:shd w:val="clear" w:color="auto" w:fill="FAFAFA"/>
            <w:vAlign w:val="center"/>
          </w:tcPr>
          <w:p w14:paraId="2C99D031" w14:textId="77777777" w:rsidR="0094787C" w:rsidRDefault="0094787C"/>
        </w:tc>
      </w:tr>
      <w:tr w:rsidR="0094787C" w14:paraId="3B88D165" w14:textId="77777777">
        <w:trPr>
          <w:jc w:val="center"/>
        </w:trPr>
        <w:tc>
          <w:tcPr>
            <w:tcW w:w="1776" w:type="dxa"/>
            <w:vAlign w:val="center"/>
          </w:tcPr>
          <w:p w14:paraId="336BE9E2" w14:textId="77777777" w:rsidR="0094787C" w:rsidRDefault="00000000">
            <w:r>
              <w:rPr>
                <w:sz w:val="17"/>
              </w:rPr>
              <w:t>Critical vendors</w:t>
            </w:r>
          </w:p>
        </w:tc>
        <w:tc>
          <w:tcPr>
            <w:tcW w:w="1776" w:type="dxa"/>
            <w:vAlign w:val="center"/>
          </w:tcPr>
          <w:p w14:paraId="4DF84317" w14:textId="77777777" w:rsidR="0094787C" w:rsidRDefault="0094787C"/>
        </w:tc>
        <w:tc>
          <w:tcPr>
            <w:tcW w:w="1776" w:type="dxa"/>
            <w:vAlign w:val="center"/>
          </w:tcPr>
          <w:p w14:paraId="4832A7D7" w14:textId="77777777" w:rsidR="0094787C" w:rsidRDefault="0094787C"/>
        </w:tc>
        <w:tc>
          <w:tcPr>
            <w:tcW w:w="1776" w:type="dxa"/>
            <w:vAlign w:val="center"/>
          </w:tcPr>
          <w:p w14:paraId="5A5DBED1" w14:textId="77777777" w:rsidR="0094787C" w:rsidRDefault="0094787C"/>
        </w:tc>
        <w:tc>
          <w:tcPr>
            <w:tcW w:w="1776" w:type="dxa"/>
            <w:vAlign w:val="center"/>
          </w:tcPr>
          <w:p w14:paraId="596E3E5A" w14:textId="77777777" w:rsidR="0094787C" w:rsidRDefault="0094787C"/>
        </w:tc>
        <w:tc>
          <w:tcPr>
            <w:tcW w:w="1776" w:type="dxa"/>
            <w:vAlign w:val="center"/>
          </w:tcPr>
          <w:p w14:paraId="755AE825" w14:textId="77777777" w:rsidR="0094787C" w:rsidRDefault="0094787C"/>
        </w:tc>
      </w:tr>
    </w:tbl>
    <w:p w14:paraId="0AD5F692" w14:textId="77777777" w:rsidR="0094787C" w:rsidRDefault="0094787C"/>
    <w:p w14:paraId="4D610193" w14:textId="77777777" w:rsidR="0094787C" w:rsidRDefault="00000000">
      <w:pPr>
        <w:pStyle w:val="Heading2"/>
      </w:pPr>
      <w:r>
        <w:t>12.3 Message Failure / Follow-Up Tracker</w:t>
      </w:r>
    </w:p>
    <w:tbl>
      <w:tblPr>
        <w:tblStyle w:val="TableGrid"/>
        <w:tblW w:w="0" w:type="auto"/>
        <w:jc w:val="center"/>
        <w:tblLook w:val="04A0" w:firstRow="1" w:lastRow="0" w:firstColumn="1" w:lastColumn="0" w:noHBand="0" w:noVBand="1"/>
      </w:tblPr>
      <w:tblGrid>
        <w:gridCol w:w="1520"/>
        <w:gridCol w:w="1521"/>
        <w:gridCol w:w="1521"/>
        <w:gridCol w:w="1521"/>
        <w:gridCol w:w="1521"/>
        <w:gridCol w:w="1521"/>
        <w:gridCol w:w="1521"/>
      </w:tblGrid>
      <w:tr w:rsidR="0094787C" w14:paraId="3FBD80B2" w14:textId="77777777">
        <w:trPr>
          <w:jc w:val="center"/>
        </w:trPr>
        <w:tc>
          <w:tcPr>
            <w:tcW w:w="1522" w:type="dxa"/>
            <w:shd w:val="clear" w:color="auto" w:fill="1F4E78"/>
            <w:vAlign w:val="center"/>
          </w:tcPr>
          <w:p w14:paraId="1D8649A2" w14:textId="77777777" w:rsidR="0094787C" w:rsidRDefault="00000000">
            <w:r>
              <w:rPr>
                <w:b/>
                <w:color w:val="FFFFFF"/>
                <w:sz w:val="17"/>
              </w:rPr>
              <w:t>Date/time</w:t>
            </w:r>
          </w:p>
        </w:tc>
        <w:tc>
          <w:tcPr>
            <w:tcW w:w="1522" w:type="dxa"/>
            <w:shd w:val="clear" w:color="auto" w:fill="1F4E78"/>
            <w:vAlign w:val="center"/>
          </w:tcPr>
          <w:p w14:paraId="43C38E8A" w14:textId="77777777" w:rsidR="0094787C" w:rsidRDefault="00000000">
            <w:r>
              <w:rPr>
                <w:b/>
                <w:color w:val="FFFFFF"/>
                <w:sz w:val="17"/>
              </w:rPr>
              <w:t>Recipient group</w:t>
            </w:r>
          </w:p>
        </w:tc>
        <w:tc>
          <w:tcPr>
            <w:tcW w:w="1522" w:type="dxa"/>
            <w:shd w:val="clear" w:color="auto" w:fill="1F4E78"/>
            <w:vAlign w:val="center"/>
          </w:tcPr>
          <w:p w14:paraId="404010EF" w14:textId="77777777" w:rsidR="0094787C" w:rsidRDefault="00000000">
            <w:r>
              <w:rPr>
                <w:b/>
                <w:color w:val="FFFFFF"/>
                <w:sz w:val="17"/>
              </w:rPr>
              <w:t>Failed channel</w:t>
            </w:r>
          </w:p>
        </w:tc>
        <w:tc>
          <w:tcPr>
            <w:tcW w:w="1522" w:type="dxa"/>
            <w:shd w:val="clear" w:color="auto" w:fill="1F4E78"/>
            <w:vAlign w:val="center"/>
          </w:tcPr>
          <w:p w14:paraId="74D681A1" w14:textId="77777777" w:rsidR="0094787C" w:rsidRDefault="00000000">
            <w:r>
              <w:rPr>
                <w:b/>
                <w:color w:val="FFFFFF"/>
                <w:sz w:val="17"/>
              </w:rPr>
              <w:t>Backup method used</w:t>
            </w:r>
          </w:p>
        </w:tc>
        <w:tc>
          <w:tcPr>
            <w:tcW w:w="1522" w:type="dxa"/>
            <w:shd w:val="clear" w:color="auto" w:fill="1F4E78"/>
            <w:vAlign w:val="center"/>
          </w:tcPr>
          <w:p w14:paraId="6437F167" w14:textId="77777777" w:rsidR="0094787C" w:rsidRDefault="00000000">
            <w:r>
              <w:rPr>
                <w:b/>
                <w:color w:val="FFFFFF"/>
                <w:sz w:val="17"/>
              </w:rPr>
              <w:t>Unreached contacts</w:t>
            </w:r>
          </w:p>
        </w:tc>
        <w:tc>
          <w:tcPr>
            <w:tcW w:w="1522" w:type="dxa"/>
            <w:shd w:val="clear" w:color="auto" w:fill="1F4E78"/>
            <w:vAlign w:val="center"/>
          </w:tcPr>
          <w:p w14:paraId="5134D642" w14:textId="77777777" w:rsidR="0094787C" w:rsidRDefault="00000000">
            <w:r>
              <w:rPr>
                <w:b/>
                <w:color w:val="FFFFFF"/>
                <w:sz w:val="17"/>
              </w:rPr>
              <w:t>Follow-up owner</w:t>
            </w:r>
          </w:p>
        </w:tc>
        <w:tc>
          <w:tcPr>
            <w:tcW w:w="1522" w:type="dxa"/>
            <w:shd w:val="clear" w:color="auto" w:fill="1F4E78"/>
            <w:vAlign w:val="center"/>
          </w:tcPr>
          <w:p w14:paraId="730C73A5" w14:textId="77777777" w:rsidR="0094787C" w:rsidRDefault="00000000">
            <w:r>
              <w:rPr>
                <w:b/>
                <w:color w:val="FFFFFF"/>
                <w:sz w:val="17"/>
              </w:rPr>
              <w:t>Resolved?</w:t>
            </w:r>
          </w:p>
        </w:tc>
      </w:tr>
      <w:tr w:rsidR="0094787C" w14:paraId="7135E8B8" w14:textId="77777777">
        <w:trPr>
          <w:jc w:val="center"/>
        </w:trPr>
        <w:tc>
          <w:tcPr>
            <w:tcW w:w="1522" w:type="dxa"/>
            <w:shd w:val="clear" w:color="auto" w:fill="FAFAFA"/>
            <w:vAlign w:val="center"/>
          </w:tcPr>
          <w:p w14:paraId="63FEFAF6" w14:textId="77777777" w:rsidR="0094787C" w:rsidRDefault="0094787C"/>
        </w:tc>
        <w:tc>
          <w:tcPr>
            <w:tcW w:w="1522" w:type="dxa"/>
            <w:shd w:val="clear" w:color="auto" w:fill="FAFAFA"/>
            <w:vAlign w:val="center"/>
          </w:tcPr>
          <w:p w14:paraId="47EEA873" w14:textId="77777777" w:rsidR="0094787C" w:rsidRDefault="0094787C"/>
        </w:tc>
        <w:tc>
          <w:tcPr>
            <w:tcW w:w="1522" w:type="dxa"/>
            <w:shd w:val="clear" w:color="auto" w:fill="FAFAFA"/>
            <w:vAlign w:val="center"/>
          </w:tcPr>
          <w:p w14:paraId="29C13200" w14:textId="77777777" w:rsidR="0094787C" w:rsidRDefault="0094787C"/>
        </w:tc>
        <w:tc>
          <w:tcPr>
            <w:tcW w:w="1522" w:type="dxa"/>
            <w:shd w:val="clear" w:color="auto" w:fill="FAFAFA"/>
            <w:vAlign w:val="center"/>
          </w:tcPr>
          <w:p w14:paraId="73A7E4E4" w14:textId="77777777" w:rsidR="0094787C" w:rsidRDefault="0094787C"/>
        </w:tc>
        <w:tc>
          <w:tcPr>
            <w:tcW w:w="1522" w:type="dxa"/>
            <w:shd w:val="clear" w:color="auto" w:fill="FAFAFA"/>
            <w:vAlign w:val="center"/>
          </w:tcPr>
          <w:p w14:paraId="0B04F631" w14:textId="77777777" w:rsidR="0094787C" w:rsidRDefault="0094787C"/>
        </w:tc>
        <w:tc>
          <w:tcPr>
            <w:tcW w:w="1522" w:type="dxa"/>
            <w:shd w:val="clear" w:color="auto" w:fill="FAFAFA"/>
            <w:vAlign w:val="center"/>
          </w:tcPr>
          <w:p w14:paraId="586576EA" w14:textId="77777777" w:rsidR="0094787C" w:rsidRDefault="0094787C"/>
        </w:tc>
        <w:tc>
          <w:tcPr>
            <w:tcW w:w="1522" w:type="dxa"/>
            <w:shd w:val="clear" w:color="auto" w:fill="FAFAFA"/>
            <w:vAlign w:val="center"/>
          </w:tcPr>
          <w:p w14:paraId="478FC2ED" w14:textId="77777777" w:rsidR="0094787C" w:rsidRDefault="0094787C"/>
        </w:tc>
      </w:tr>
      <w:tr w:rsidR="0094787C" w14:paraId="78FCA562" w14:textId="77777777">
        <w:trPr>
          <w:jc w:val="center"/>
        </w:trPr>
        <w:tc>
          <w:tcPr>
            <w:tcW w:w="1522" w:type="dxa"/>
            <w:vAlign w:val="center"/>
          </w:tcPr>
          <w:p w14:paraId="3C2DC6E4" w14:textId="77777777" w:rsidR="0094787C" w:rsidRDefault="0094787C"/>
        </w:tc>
        <w:tc>
          <w:tcPr>
            <w:tcW w:w="1522" w:type="dxa"/>
            <w:vAlign w:val="center"/>
          </w:tcPr>
          <w:p w14:paraId="4333EFF8" w14:textId="77777777" w:rsidR="0094787C" w:rsidRDefault="0094787C"/>
        </w:tc>
        <w:tc>
          <w:tcPr>
            <w:tcW w:w="1522" w:type="dxa"/>
            <w:vAlign w:val="center"/>
          </w:tcPr>
          <w:p w14:paraId="3A89E073" w14:textId="77777777" w:rsidR="0094787C" w:rsidRDefault="0094787C"/>
        </w:tc>
        <w:tc>
          <w:tcPr>
            <w:tcW w:w="1522" w:type="dxa"/>
            <w:vAlign w:val="center"/>
          </w:tcPr>
          <w:p w14:paraId="56747012" w14:textId="77777777" w:rsidR="0094787C" w:rsidRDefault="0094787C"/>
        </w:tc>
        <w:tc>
          <w:tcPr>
            <w:tcW w:w="1522" w:type="dxa"/>
            <w:vAlign w:val="center"/>
          </w:tcPr>
          <w:p w14:paraId="4BFC49A4" w14:textId="77777777" w:rsidR="0094787C" w:rsidRDefault="0094787C"/>
        </w:tc>
        <w:tc>
          <w:tcPr>
            <w:tcW w:w="1522" w:type="dxa"/>
            <w:vAlign w:val="center"/>
          </w:tcPr>
          <w:p w14:paraId="28A1F005" w14:textId="77777777" w:rsidR="0094787C" w:rsidRDefault="0094787C"/>
        </w:tc>
        <w:tc>
          <w:tcPr>
            <w:tcW w:w="1522" w:type="dxa"/>
            <w:vAlign w:val="center"/>
          </w:tcPr>
          <w:p w14:paraId="6781C8AE" w14:textId="77777777" w:rsidR="0094787C" w:rsidRDefault="0094787C"/>
        </w:tc>
      </w:tr>
      <w:tr w:rsidR="0094787C" w14:paraId="46482987" w14:textId="77777777">
        <w:trPr>
          <w:jc w:val="center"/>
        </w:trPr>
        <w:tc>
          <w:tcPr>
            <w:tcW w:w="1522" w:type="dxa"/>
            <w:shd w:val="clear" w:color="auto" w:fill="FAFAFA"/>
            <w:vAlign w:val="center"/>
          </w:tcPr>
          <w:p w14:paraId="0F618934" w14:textId="77777777" w:rsidR="0094787C" w:rsidRDefault="0094787C"/>
        </w:tc>
        <w:tc>
          <w:tcPr>
            <w:tcW w:w="1522" w:type="dxa"/>
            <w:shd w:val="clear" w:color="auto" w:fill="FAFAFA"/>
            <w:vAlign w:val="center"/>
          </w:tcPr>
          <w:p w14:paraId="2BD9593F" w14:textId="77777777" w:rsidR="0094787C" w:rsidRDefault="0094787C"/>
        </w:tc>
        <w:tc>
          <w:tcPr>
            <w:tcW w:w="1522" w:type="dxa"/>
            <w:shd w:val="clear" w:color="auto" w:fill="FAFAFA"/>
            <w:vAlign w:val="center"/>
          </w:tcPr>
          <w:p w14:paraId="4C41990F" w14:textId="77777777" w:rsidR="0094787C" w:rsidRDefault="0094787C"/>
        </w:tc>
        <w:tc>
          <w:tcPr>
            <w:tcW w:w="1522" w:type="dxa"/>
            <w:shd w:val="clear" w:color="auto" w:fill="FAFAFA"/>
            <w:vAlign w:val="center"/>
          </w:tcPr>
          <w:p w14:paraId="0B999FC1" w14:textId="77777777" w:rsidR="0094787C" w:rsidRDefault="0094787C"/>
        </w:tc>
        <w:tc>
          <w:tcPr>
            <w:tcW w:w="1522" w:type="dxa"/>
            <w:shd w:val="clear" w:color="auto" w:fill="FAFAFA"/>
            <w:vAlign w:val="center"/>
          </w:tcPr>
          <w:p w14:paraId="1F9277A5" w14:textId="77777777" w:rsidR="0094787C" w:rsidRDefault="0094787C"/>
        </w:tc>
        <w:tc>
          <w:tcPr>
            <w:tcW w:w="1522" w:type="dxa"/>
            <w:shd w:val="clear" w:color="auto" w:fill="FAFAFA"/>
            <w:vAlign w:val="center"/>
          </w:tcPr>
          <w:p w14:paraId="5104C830" w14:textId="77777777" w:rsidR="0094787C" w:rsidRDefault="0094787C"/>
        </w:tc>
        <w:tc>
          <w:tcPr>
            <w:tcW w:w="1522" w:type="dxa"/>
            <w:shd w:val="clear" w:color="auto" w:fill="FAFAFA"/>
            <w:vAlign w:val="center"/>
          </w:tcPr>
          <w:p w14:paraId="3F80ABB6" w14:textId="77777777" w:rsidR="0094787C" w:rsidRDefault="0094787C"/>
        </w:tc>
      </w:tr>
    </w:tbl>
    <w:p w14:paraId="596DF3A9" w14:textId="77777777" w:rsidR="0094787C" w:rsidRDefault="0094787C"/>
    <w:p w14:paraId="6A298F81" w14:textId="77777777" w:rsidR="0094787C" w:rsidRDefault="00000000">
      <w:pPr>
        <w:pStyle w:val="Heading1"/>
      </w:pPr>
      <w:r>
        <w:t>SECTION A  CMS COMMUNICATION PLAN CROSSWALK</w:t>
      </w:r>
    </w:p>
    <w:tbl>
      <w:tblPr>
        <w:tblStyle w:val="TableGrid"/>
        <w:tblW w:w="0" w:type="auto"/>
        <w:jc w:val="center"/>
        <w:tblLook w:val="04A0" w:firstRow="1" w:lastRow="0" w:firstColumn="1" w:lastColumn="0" w:noHBand="0" w:noVBand="1"/>
      </w:tblPr>
      <w:tblGrid>
        <w:gridCol w:w="2658"/>
        <w:gridCol w:w="2658"/>
        <w:gridCol w:w="2658"/>
        <w:gridCol w:w="2672"/>
      </w:tblGrid>
      <w:tr w:rsidR="0094787C" w14:paraId="4547C27F" w14:textId="77777777">
        <w:trPr>
          <w:jc w:val="center"/>
        </w:trPr>
        <w:tc>
          <w:tcPr>
            <w:tcW w:w="2664" w:type="dxa"/>
            <w:shd w:val="clear" w:color="auto" w:fill="1F4E78"/>
            <w:vAlign w:val="center"/>
          </w:tcPr>
          <w:p w14:paraId="57734465" w14:textId="77777777" w:rsidR="0094787C" w:rsidRDefault="00000000">
            <w:r>
              <w:rPr>
                <w:b/>
                <w:color w:val="FFFFFF"/>
                <w:sz w:val="17"/>
              </w:rPr>
              <w:t>Requirement area</w:t>
            </w:r>
          </w:p>
        </w:tc>
        <w:tc>
          <w:tcPr>
            <w:tcW w:w="2664" w:type="dxa"/>
            <w:shd w:val="clear" w:color="auto" w:fill="1F4E78"/>
            <w:vAlign w:val="center"/>
          </w:tcPr>
          <w:p w14:paraId="7C13AC2E" w14:textId="77777777" w:rsidR="0094787C" w:rsidRDefault="00000000">
            <w:r>
              <w:rPr>
                <w:b/>
                <w:color w:val="FFFFFF"/>
                <w:sz w:val="17"/>
              </w:rPr>
              <w:t>Hospital reference</w:t>
            </w:r>
          </w:p>
        </w:tc>
        <w:tc>
          <w:tcPr>
            <w:tcW w:w="2664" w:type="dxa"/>
            <w:shd w:val="clear" w:color="auto" w:fill="1F4E78"/>
            <w:vAlign w:val="center"/>
          </w:tcPr>
          <w:p w14:paraId="19C16A95" w14:textId="77777777" w:rsidR="0094787C" w:rsidRDefault="00000000">
            <w:r>
              <w:rPr>
                <w:b/>
                <w:color w:val="FFFFFF"/>
                <w:sz w:val="17"/>
              </w:rPr>
              <w:t>LTC reference</w:t>
            </w:r>
          </w:p>
        </w:tc>
        <w:tc>
          <w:tcPr>
            <w:tcW w:w="2664" w:type="dxa"/>
            <w:shd w:val="clear" w:color="auto" w:fill="1F4E78"/>
            <w:vAlign w:val="center"/>
          </w:tcPr>
          <w:p w14:paraId="2C229200" w14:textId="77777777" w:rsidR="0094787C" w:rsidRDefault="00000000">
            <w:r>
              <w:rPr>
                <w:b/>
                <w:color w:val="FFFFFF"/>
                <w:sz w:val="17"/>
              </w:rPr>
              <w:t>Template location / evidence</w:t>
            </w:r>
          </w:p>
        </w:tc>
      </w:tr>
      <w:tr w:rsidR="0094787C" w14:paraId="659B79D4" w14:textId="77777777">
        <w:trPr>
          <w:jc w:val="center"/>
        </w:trPr>
        <w:tc>
          <w:tcPr>
            <w:tcW w:w="2664" w:type="dxa"/>
            <w:shd w:val="clear" w:color="auto" w:fill="FAFAFA"/>
            <w:vAlign w:val="center"/>
          </w:tcPr>
          <w:p w14:paraId="6CFD5A53" w14:textId="77777777" w:rsidR="0094787C" w:rsidRDefault="00000000">
            <w:r>
              <w:rPr>
                <w:sz w:val="17"/>
              </w:rPr>
              <w:t>Written communication plan</w:t>
            </w:r>
          </w:p>
        </w:tc>
        <w:tc>
          <w:tcPr>
            <w:tcW w:w="2664" w:type="dxa"/>
            <w:shd w:val="clear" w:color="auto" w:fill="FAFAFA"/>
            <w:vAlign w:val="center"/>
          </w:tcPr>
          <w:p w14:paraId="4E7F1A56" w14:textId="77777777" w:rsidR="0094787C" w:rsidRDefault="00000000">
            <w:r>
              <w:rPr>
                <w:sz w:val="17"/>
              </w:rPr>
              <w:t>42 CFR §482.15(c); E-0029</w:t>
            </w:r>
          </w:p>
        </w:tc>
        <w:tc>
          <w:tcPr>
            <w:tcW w:w="2664" w:type="dxa"/>
            <w:shd w:val="clear" w:color="auto" w:fill="FAFAFA"/>
            <w:vAlign w:val="center"/>
          </w:tcPr>
          <w:p w14:paraId="7D223C91" w14:textId="77777777" w:rsidR="0094787C" w:rsidRDefault="00000000">
            <w:r>
              <w:rPr>
                <w:sz w:val="17"/>
              </w:rPr>
              <w:t>42 CFR §483.73(c); E-0029</w:t>
            </w:r>
          </w:p>
        </w:tc>
        <w:tc>
          <w:tcPr>
            <w:tcW w:w="2664" w:type="dxa"/>
            <w:shd w:val="clear" w:color="auto" w:fill="FAFAFA"/>
            <w:vAlign w:val="center"/>
          </w:tcPr>
          <w:p w14:paraId="257A7306" w14:textId="77777777" w:rsidR="0094787C" w:rsidRDefault="00000000">
            <w:r>
              <w:rPr>
                <w:sz w:val="17"/>
              </w:rPr>
              <w:t>Sections 1-12; approval and review records</w:t>
            </w:r>
          </w:p>
        </w:tc>
      </w:tr>
      <w:tr w:rsidR="0094787C" w14:paraId="6997A119" w14:textId="77777777">
        <w:trPr>
          <w:jc w:val="center"/>
        </w:trPr>
        <w:tc>
          <w:tcPr>
            <w:tcW w:w="2664" w:type="dxa"/>
            <w:vAlign w:val="center"/>
          </w:tcPr>
          <w:p w14:paraId="189DB341" w14:textId="77777777" w:rsidR="0094787C" w:rsidRDefault="00000000">
            <w:r>
              <w:rPr>
                <w:sz w:val="17"/>
              </w:rPr>
              <w:t>Names and contact information</w:t>
            </w:r>
          </w:p>
        </w:tc>
        <w:tc>
          <w:tcPr>
            <w:tcW w:w="2664" w:type="dxa"/>
            <w:vAlign w:val="center"/>
          </w:tcPr>
          <w:p w14:paraId="74F2740A" w14:textId="77777777" w:rsidR="0094787C" w:rsidRDefault="00000000">
            <w:r>
              <w:rPr>
                <w:sz w:val="17"/>
              </w:rPr>
              <w:t>E-0030</w:t>
            </w:r>
          </w:p>
        </w:tc>
        <w:tc>
          <w:tcPr>
            <w:tcW w:w="2664" w:type="dxa"/>
            <w:vAlign w:val="center"/>
          </w:tcPr>
          <w:p w14:paraId="145AA304" w14:textId="77777777" w:rsidR="0094787C" w:rsidRDefault="00000000">
            <w:r>
              <w:rPr>
                <w:sz w:val="17"/>
              </w:rPr>
              <w:t>E-0030</w:t>
            </w:r>
          </w:p>
        </w:tc>
        <w:tc>
          <w:tcPr>
            <w:tcW w:w="2664" w:type="dxa"/>
            <w:vAlign w:val="center"/>
          </w:tcPr>
          <w:p w14:paraId="742C7BD5" w14:textId="77777777" w:rsidR="0094787C" w:rsidRDefault="00000000">
            <w:r>
              <w:rPr>
                <w:sz w:val="17"/>
              </w:rPr>
              <w:t>Section 4; Appendix/contact directories; validation tracker</w:t>
            </w:r>
          </w:p>
        </w:tc>
      </w:tr>
      <w:tr w:rsidR="0094787C" w14:paraId="5F10BC53" w14:textId="77777777">
        <w:trPr>
          <w:jc w:val="center"/>
        </w:trPr>
        <w:tc>
          <w:tcPr>
            <w:tcW w:w="2664" w:type="dxa"/>
            <w:shd w:val="clear" w:color="auto" w:fill="FAFAFA"/>
            <w:vAlign w:val="center"/>
          </w:tcPr>
          <w:p w14:paraId="790C2CB2" w14:textId="77777777" w:rsidR="0094787C" w:rsidRDefault="00000000">
            <w:r>
              <w:rPr>
                <w:sz w:val="17"/>
              </w:rPr>
              <w:t>Emergency officials and sources of assistance</w:t>
            </w:r>
          </w:p>
        </w:tc>
        <w:tc>
          <w:tcPr>
            <w:tcW w:w="2664" w:type="dxa"/>
            <w:shd w:val="clear" w:color="auto" w:fill="FAFAFA"/>
            <w:vAlign w:val="center"/>
          </w:tcPr>
          <w:p w14:paraId="631BA917" w14:textId="77777777" w:rsidR="0094787C" w:rsidRDefault="00000000">
            <w:r>
              <w:rPr>
                <w:sz w:val="17"/>
              </w:rPr>
              <w:t>E-0031</w:t>
            </w:r>
          </w:p>
        </w:tc>
        <w:tc>
          <w:tcPr>
            <w:tcW w:w="2664" w:type="dxa"/>
            <w:shd w:val="clear" w:color="auto" w:fill="FAFAFA"/>
            <w:vAlign w:val="center"/>
          </w:tcPr>
          <w:p w14:paraId="3732BE15" w14:textId="77777777" w:rsidR="0094787C" w:rsidRDefault="00000000">
            <w:r>
              <w:rPr>
                <w:sz w:val="17"/>
              </w:rPr>
              <w:t>E-0031</w:t>
            </w:r>
          </w:p>
        </w:tc>
        <w:tc>
          <w:tcPr>
            <w:tcW w:w="2664" w:type="dxa"/>
            <w:shd w:val="clear" w:color="auto" w:fill="FAFAFA"/>
            <w:vAlign w:val="center"/>
          </w:tcPr>
          <w:p w14:paraId="30B30698" w14:textId="77777777" w:rsidR="0094787C" w:rsidRDefault="00000000">
            <w:r>
              <w:rPr>
                <w:sz w:val="17"/>
              </w:rPr>
              <w:t xml:space="preserve">Section 4; local/tribal/regional/state/federal </w:t>
            </w:r>
            <w:r>
              <w:rPr>
                <w:sz w:val="17"/>
              </w:rPr>
              <w:lastRenderedPageBreak/>
              <w:t>contacts; coalition contacts</w:t>
            </w:r>
          </w:p>
        </w:tc>
      </w:tr>
      <w:tr w:rsidR="0094787C" w14:paraId="0F55131A" w14:textId="77777777">
        <w:trPr>
          <w:jc w:val="center"/>
        </w:trPr>
        <w:tc>
          <w:tcPr>
            <w:tcW w:w="2664" w:type="dxa"/>
            <w:vAlign w:val="center"/>
          </w:tcPr>
          <w:p w14:paraId="2015A474" w14:textId="77777777" w:rsidR="0094787C" w:rsidRDefault="00000000">
            <w:r>
              <w:rPr>
                <w:sz w:val="17"/>
              </w:rPr>
              <w:lastRenderedPageBreak/>
              <w:t>Primary and alternate communication methods</w:t>
            </w:r>
          </w:p>
        </w:tc>
        <w:tc>
          <w:tcPr>
            <w:tcW w:w="2664" w:type="dxa"/>
            <w:vAlign w:val="center"/>
          </w:tcPr>
          <w:p w14:paraId="7952C9FB" w14:textId="77777777" w:rsidR="0094787C" w:rsidRDefault="00000000">
            <w:r>
              <w:rPr>
                <w:sz w:val="17"/>
              </w:rPr>
              <w:t>E-0032</w:t>
            </w:r>
          </w:p>
        </w:tc>
        <w:tc>
          <w:tcPr>
            <w:tcW w:w="2664" w:type="dxa"/>
            <w:vAlign w:val="center"/>
          </w:tcPr>
          <w:p w14:paraId="781BAC33" w14:textId="77777777" w:rsidR="0094787C" w:rsidRDefault="00000000">
            <w:r>
              <w:rPr>
                <w:sz w:val="17"/>
              </w:rPr>
              <w:t>E-0032</w:t>
            </w:r>
          </w:p>
        </w:tc>
        <w:tc>
          <w:tcPr>
            <w:tcW w:w="2664" w:type="dxa"/>
            <w:vAlign w:val="center"/>
          </w:tcPr>
          <w:p w14:paraId="58AA10D8" w14:textId="77777777" w:rsidR="0094787C" w:rsidRDefault="00000000">
            <w:r>
              <w:rPr>
                <w:sz w:val="17"/>
              </w:rPr>
              <w:t>Section 5 and Section 10; test logs</w:t>
            </w:r>
          </w:p>
        </w:tc>
      </w:tr>
      <w:tr w:rsidR="0094787C" w14:paraId="6F664CBE" w14:textId="77777777">
        <w:trPr>
          <w:jc w:val="center"/>
        </w:trPr>
        <w:tc>
          <w:tcPr>
            <w:tcW w:w="2664" w:type="dxa"/>
            <w:shd w:val="clear" w:color="auto" w:fill="FAFAFA"/>
            <w:vAlign w:val="center"/>
          </w:tcPr>
          <w:p w14:paraId="4DCA7DBF" w14:textId="77777777" w:rsidR="0094787C" w:rsidRDefault="00000000">
            <w:r>
              <w:rPr>
                <w:sz w:val="17"/>
              </w:rPr>
              <w:t>Patient/resident information and medical documentation</w:t>
            </w:r>
          </w:p>
        </w:tc>
        <w:tc>
          <w:tcPr>
            <w:tcW w:w="2664" w:type="dxa"/>
            <w:shd w:val="clear" w:color="auto" w:fill="FAFAFA"/>
            <w:vAlign w:val="center"/>
          </w:tcPr>
          <w:p w14:paraId="6C46F627" w14:textId="77777777" w:rsidR="0094787C" w:rsidRDefault="00000000">
            <w:r>
              <w:rPr>
                <w:sz w:val="17"/>
              </w:rPr>
              <w:t>E-0033</w:t>
            </w:r>
          </w:p>
        </w:tc>
        <w:tc>
          <w:tcPr>
            <w:tcW w:w="2664" w:type="dxa"/>
            <w:shd w:val="clear" w:color="auto" w:fill="FAFAFA"/>
            <w:vAlign w:val="center"/>
          </w:tcPr>
          <w:p w14:paraId="795E3A57" w14:textId="77777777" w:rsidR="0094787C" w:rsidRDefault="00000000">
            <w:r>
              <w:rPr>
                <w:sz w:val="17"/>
              </w:rPr>
              <w:t>E-0033</w:t>
            </w:r>
          </w:p>
        </w:tc>
        <w:tc>
          <w:tcPr>
            <w:tcW w:w="2664" w:type="dxa"/>
            <w:shd w:val="clear" w:color="auto" w:fill="FAFAFA"/>
            <w:vAlign w:val="center"/>
          </w:tcPr>
          <w:p w14:paraId="2EF10555" w14:textId="77777777" w:rsidR="0094787C" w:rsidRDefault="00000000">
            <w:r>
              <w:rPr>
                <w:sz w:val="17"/>
              </w:rPr>
              <w:t>Section 7; transfer packets; information release logs</w:t>
            </w:r>
          </w:p>
        </w:tc>
      </w:tr>
      <w:tr w:rsidR="0094787C" w14:paraId="212FA483" w14:textId="77777777">
        <w:trPr>
          <w:jc w:val="center"/>
        </w:trPr>
        <w:tc>
          <w:tcPr>
            <w:tcW w:w="2664" w:type="dxa"/>
            <w:vAlign w:val="center"/>
          </w:tcPr>
          <w:p w14:paraId="429AFE13" w14:textId="77777777" w:rsidR="0094787C" w:rsidRDefault="00000000">
            <w:r>
              <w:rPr>
                <w:sz w:val="17"/>
              </w:rPr>
              <w:t>General condition and location information</w:t>
            </w:r>
          </w:p>
        </w:tc>
        <w:tc>
          <w:tcPr>
            <w:tcW w:w="2664" w:type="dxa"/>
            <w:vAlign w:val="center"/>
          </w:tcPr>
          <w:p w14:paraId="4F11EBDA" w14:textId="77777777" w:rsidR="0094787C" w:rsidRDefault="00000000">
            <w:r>
              <w:rPr>
                <w:sz w:val="17"/>
              </w:rPr>
              <w:t>E-0033</w:t>
            </w:r>
          </w:p>
        </w:tc>
        <w:tc>
          <w:tcPr>
            <w:tcW w:w="2664" w:type="dxa"/>
            <w:vAlign w:val="center"/>
          </w:tcPr>
          <w:p w14:paraId="7D91F8F0" w14:textId="77777777" w:rsidR="0094787C" w:rsidRDefault="00000000">
            <w:r>
              <w:rPr>
                <w:sz w:val="17"/>
              </w:rPr>
              <w:t>E-0033</w:t>
            </w:r>
          </w:p>
        </w:tc>
        <w:tc>
          <w:tcPr>
            <w:tcW w:w="2664" w:type="dxa"/>
            <w:vAlign w:val="center"/>
          </w:tcPr>
          <w:p w14:paraId="6407FADC" w14:textId="77777777" w:rsidR="0094787C" w:rsidRDefault="00000000">
            <w:r>
              <w:rPr>
                <w:sz w:val="17"/>
              </w:rPr>
              <w:t>Section 7; family/representative scripts and call logs</w:t>
            </w:r>
          </w:p>
        </w:tc>
      </w:tr>
      <w:tr w:rsidR="0094787C" w14:paraId="384261AC" w14:textId="77777777">
        <w:trPr>
          <w:jc w:val="center"/>
        </w:trPr>
        <w:tc>
          <w:tcPr>
            <w:tcW w:w="2664" w:type="dxa"/>
            <w:shd w:val="clear" w:color="auto" w:fill="FAFAFA"/>
            <w:vAlign w:val="center"/>
          </w:tcPr>
          <w:p w14:paraId="3BC70038" w14:textId="77777777" w:rsidR="0094787C" w:rsidRDefault="00000000">
            <w:r>
              <w:rPr>
                <w:sz w:val="17"/>
              </w:rPr>
              <w:t>Occupancy, needs, and ability to assist</w:t>
            </w:r>
          </w:p>
        </w:tc>
        <w:tc>
          <w:tcPr>
            <w:tcW w:w="2664" w:type="dxa"/>
            <w:shd w:val="clear" w:color="auto" w:fill="FAFAFA"/>
            <w:vAlign w:val="center"/>
          </w:tcPr>
          <w:p w14:paraId="5C603AE2" w14:textId="77777777" w:rsidR="0094787C" w:rsidRDefault="00000000">
            <w:r>
              <w:rPr>
                <w:sz w:val="17"/>
              </w:rPr>
              <w:t>E-0034</w:t>
            </w:r>
          </w:p>
        </w:tc>
        <w:tc>
          <w:tcPr>
            <w:tcW w:w="2664" w:type="dxa"/>
            <w:shd w:val="clear" w:color="auto" w:fill="FAFAFA"/>
            <w:vAlign w:val="center"/>
          </w:tcPr>
          <w:p w14:paraId="72BFE86F" w14:textId="77777777" w:rsidR="0094787C" w:rsidRDefault="00000000">
            <w:r>
              <w:rPr>
                <w:sz w:val="17"/>
              </w:rPr>
              <w:t>E-0034</w:t>
            </w:r>
          </w:p>
        </w:tc>
        <w:tc>
          <w:tcPr>
            <w:tcW w:w="2664" w:type="dxa"/>
            <w:shd w:val="clear" w:color="auto" w:fill="FAFAFA"/>
            <w:vAlign w:val="center"/>
          </w:tcPr>
          <w:p w14:paraId="4744DF96" w14:textId="77777777" w:rsidR="0094787C" w:rsidRDefault="00000000">
            <w:r>
              <w:rPr>
                <w:sz w:val="17"/>
              </w:rPr>
              <w:t>Section 8; status reports and resource requests</w:t>
            </w:r>
          </w:p>
        </w:tc>
      </w:tr>
      <w:tr w:rsidR="0094787C" w14:paraId="22CF4BCA" w14:textId="77777777">
        <w:trPr>
          <w:jc w:val="center"/>
        </w:trPr>
        <w:tc>
          <w:tcPr>
            <w:tcW w:w="2664" w:type="dxa"/>
            <w:vAlign w:val="center"/>
          </w:tcPr>
          <w:p w14:paraId="65A9D7B4" w14:textId="77777777" w:rsidR="0094787C" w:rsidRDefault="00000000">
            <w:r>
              <w:rPr>
                <w:sz w:val="17"/>
              </w:rPr>
              <w:t>Training/testing linkage</w:t>
            </w:r>
          </w:p>
        </w:tc>
        <w:tc>
          <w:tcPr>
            <w:tcW w:w="2664" w:type="dxa"/>
            <w:vAlign w:val="center"/>
          </w:tcPr>
          <w:p w14:paraId="3FC4F486" w14:textId="77777777" w:rsidR="0094787C" w:rsidRDefault="00000000">
            <w:r>
              <w:rPr>
                <w:sz w:val="17"/>
              </w:rPr>
              <w:t>E-0036/E-0037/E-0039</w:t>
            </w:r>
          </w:p>
        </w:tc>
        <w:tc>
          <w:tcPr>
            <w:tcW w:w="2664" w:type="dxa"/>
            <w:vAlign w:val="center"/>
          </w:tcPr>
          <w:p w14:paraId="01E5943F" w14:textId="77777777" w:rsidR="0094787C" w:rsidRDefault="00000000">
            <w:r>
              <w:rPr>
                <w:sz w:val="17"/>
              </w:rPr>
              <w:t>E-0036/E-0037/E-0039</w:t>
            </w:r>
          </w:p>
        </w:tc>
        <w:tc>
          <w:tcPr>
            <w:tcW w:w="2664" w:type="dxa"/>
            <w:vAlign w:val="center"/>
          </w:tcPr>
          <w:p w14:paraId="5F74E703" w14:textId="77777777" w:rsidR="0094787C" w:rsidRDefault="00000000">
            <w:r>
              <w:rPr>
                <w:sz w:val="17"/>
              </w:rPr>
              <w:t>Section 11; exercise package, AAR/IP, corrective-action tracker</w:t>
            </w:r>
          </w:p>
        </w:tc>
      </w:tr>
    </w:tbl>
    <w:p w14:paraId="059B4BDE" w14:textId="77777777" w:rsidR="0094787C" w:rsidRDefault="0094787C"/>
    <w:tbl>
      <w:tblPr>
        <w:tblW w:w="0" w:type="auto"/>
        <w:jc w:val="center"/>
        <w:tblLook w:val="04A0" w:firstRow="1" w:lastRow="0" w:firstColumn="1" w:lastColumn="0" w:noHBand="0" w:noVBand="1"/>
      </w:tblPr>
      <w:tblGrid>
        <w:gridCol w:w="10656"/>
      </w:tblGrid>
      <w:tr w:rsidR="0094787C" w14:paraId="5185456A" w14:textId="77777777">
        <w:trPr>
          <w:jc w:val="center"/>
        </w:trPr>
        <w:tc>
          <w:tcPr>
            <w:tcW w:w="10656" w:type="dxa"/>
            <w:shd w:val="clear" w:color="auto" w:fill="E2F0D9"/>
          </w:tcPr>
          <w:p w14:paraId="31BA4211" w14:textId="77777777" w:rsidR="0094787C" w:rsidRDefault="00000000">
            <w:r>
              <w:rPr>
                <w:b/>
                <w:color w:val="17365D"/>
                <w:sz w:val="19"/>
              </w:rPr>
              <w:t xml:space="preserve">Finalization note: </w:t>
            </w:r>
            <w:r>
              <w:rPr>
                <w:sz w:val="19"/>
              </w:rPr>
              <w:t>Before approval, replace placeholders, confirm rosters are current, test redundant systems, verify legal/privacy requirements, ensure accessibility/language support, and remove template instructions.</w:t>
            </w:r>
          </w:p>
        </w:tc>
      </w:tr>
    </w:tbl>
    <w:p w14:paraId="00C4D90A" w14:textId="77777777" w:rsidR="0094787C" w:rsidRDefault="0094787C"/>
    <w:sectPr w:rsidR="0094787C" w:rsidSect="00034616">
      <w:headerReference w:type="default" r:id="rId8"/>
      <w:footerReference w:type="default" r:id="rId9"/>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EF47" w14:textId="77777777" w:rsidR="005678B6" w:rsidRDefault="005678B6">
      <w:pPr>
        <w:spacing w:after="0" w:line="240" w:lineRule="auto"/>
      </w:pPr>
      <w:r>
        <w:separator/>
      </w:r>
    </w:p>
  </w:endnote>
  <w:endnote w:type="continuationSeparator" w:id="0">
    <w:p w14:paraId="1786CA27" w14:textId="77777777" w:rsidR="005678B6" w:rsidRDefault="0056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BE8A" w14:textId="77777777" w:rsidR="0094787C" w:rsidRDefault="00000000">
    <w:pPr>
      <w:pStyle w:val="Footer"/>
      <w:jc w:val="center"/>
    </w:pPr>
    <w:r>
      <w:rPr>
        <w:color w:val="404040"/>
        <w:sz w:val="16"/>
      </w:rPr>
      <w:t xml:space="preserve">Controlled Copy | Verify current version before </w:t>
    </w:r>
    <w:proofErr w:type="gramStart"/>
    <w:r>
      <w:rPr>
        <w:color w:val="404040"/>
        <w:sz w:val="16"/>
      </w:rPr>
      <w:t>use |</w:t>
    </w:r>
    <w:proofErr w:type="gramEnd"/>
    <w:r>
      <w:rPr>
        <w:color w:val="404040"/>
        <w:sz w:val="16"/>
      </w:rPr>
      <w:t xml:space="preserve"> CMS Appendix Z E-0029 to E-0034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557D" w14:textId="77777777" w:rsidR="005678B6" w:rsidRDefault="005678B6">
      <w:pPr>
        <w:spacing w:after="0" w:line="240" w:lineRule="auto"/>
      </w:pPr>
      <w:r>
        <w:separator/>
      </w:r>
    </w:p>
  </w:footnote>
  <w:footnote w:type="continuationSeparator" w:id="0">
    <w:p w14:paraId="00305884" w14:textId="77777777" w:rsidR="005678B6" w:rsidRDefault="00567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0BEA" w14:textId="77777777" w:rsidR="0094787C" w:rsidRDefault="00000000">
    <w:pPr>
      <w:pStyle w:val="Header"/>
      <w:jc w:val="center"/>
    </w:pPr>
    <w:r>
      <w:rPr>
        <w:color w:val="404040"/>
        <w:sz w:val="16"/>
      </w:rPr>
      <w:t>Emergency Communications Plan Template | Hospital and Long-Term Care Facility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3348691">
    <w:abstractNumId w:val="8"/>
  </w:num>
  <w:num w:numId="2" w16cid:durableId="1610046937">
    <w:abstractNumId w:val="6"/>
  </w:num>
  <w:num w:numId="3" w16cid:durableId="1016228991">
    <w:abstractNumId w:val="5"/>
  </w:num>
  <w:num w:numId="4" w16cid:durableId="772671158">
    <w:abstractNumId w:val="4"/>
  </w:num>
  <w:num w:numId="5" w16cid:durableId="1463039189">
    <w:abstractNumId w:val="7"/>
  </w:num>
  <w:num w:numId="6" w16cid:durableId="107703154">
    <w:abstractNumId w:val="3"/>
  </w:num>
  <w:num w:numId="7" w16cid:durableId="2014724741">
    <w:abstractNumId w:val="2"/>
  </w:num>
  <w:num w:numId="8" w16cid:durableId="919295355">
    <w:abstractNumId w:val="1"/>
  </w:num>
  <w:num w:numId="9" w16cid:durableId="184975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4148"/>
    <w:rsid w:val="0029639D"/>
    <w:rsid w:val="00326F90"/>
    <w:rsid w:val="005678B6"/>
    <w:rsid w:val="0094787C"/>
    <w:rsid w:val="00AA1D8D"/>
    <w:rsid w:val="00AE4B0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45263"/>
  <w14:defaultImageDpi w14:val="300"/>
  <w15:docId w15:val="{DE89EF37-1FCE-4375-80A4-90FC4E89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1F4E78"/>
      <w:sz w:val="24"/>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0404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2500</Words>
  <Characters>17651</Characters>
  <Application>Microsoft Office Word</Application>
  <DocSecurity>0</DocSecurity>
  <Lines>929</Lines>
  <Paragraphs>575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Durkee</dc:creator>
  <cp:keywords/>
  <dc:description>generated by python-docx</dc:description>
  <cp:lastModifiedBy>Sabrina Derensis</cp:lastModifiedBy>
  <cp:revision>2</cp:revision>
  <dcterms:created xsi:type="dcterms:W3CDTF">2026-08-12T16:35:00Z</dcterms:created>
  <dcterms:modified xsi:type="dcterms:W3CDTF">2026-08-12T16:35:00Z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35e474-5396-447e-a52a-4c57664daf7b_Enabled">
    <vt:lpwstr>true</vt:lpwstr>
  </property>
  <property fmtid="{D5CDD505-2E9C-101B-9397-08002B2CF9AE}" pid="3" name="MSIP_Label_3235e474-5396-447e-a52a-4c57664daf7b_SetDate">
    <vt:lpwstr>2026-08-12T15:03:20Z</vt:lpwstr>
  </property>
  <property fmtid="{D5CDD505-2E9C-101B-9397-08002B2CF9AE}" pid="4" name="MSIP_Label_3235e474-5396-447e-a52a-4c57664daf7b_Method">
    <vt:lpwstr>Standard</vt:lpwstr>
  </property>
  <property fmtid="{D5CDD505-2E9C-101B-9397-08002B2CF9AE}" pid="5" name="MSIP_Label_3235e474-5396-447e-a52a-4c57664daf7b_Name">
    <vt:lpwstr>General</vt:lpwstr>
  </property>
  <property fmtid="{D5CDD505-2E9C-101B-9397-08002B2CF9AE}" pid="6" name="MSIP_Label_3235e474-5396-447e-a52a-4c57664daf7b_SiteId">
    <vt:lpwstr>c09d11df-4001-4cba-8176-434dd4aff344</vt:lpwstr>
  </property>
  <property fmtid="{D5CDD505-2E9C-101B-9397-08002B2CF9AE}" pid="7" name="MSIP_Label_3235e474-5396-447e-a52a-4c57664daf7b_ActionId">
    <vt:lpwstr>1ca802be-0eeb-452f-b3c9-b2e6e1ba2b38</vt:lpwstr>
  </property>
  <property fmtid="{D5CDD505-2E9C-101B-9397-08002B2CF9AE}" pid="8" name="MSIP_Label_3235e474-5396-447e-a52a-4c57664daf7b_ContentBits">
    <vt:lpwstr>0</vt:lpwstr>
  </property>
</Properties>
</file>